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20Sd/244/2015 z 22. 3. 2016</w:t>
      </w:r>
    </w:p>
    <w:p>
      <w:r>
        <w:t>Rozsudok Krajského súdu Banská Bystrica z 22. marca 2016, sp. zn. 20Sd/244/2015, ECLI:SK:KSBB:2016:6015201088.1</w:t>
      </w:r>
    </w:p>
    <w:p>
      <w:r>
        <w:t>Súd: Krajský súd Banská Bystrica</w:t>
      </w:r>
    </w:p>
    <w:p>
      <w:r>
        <w:t>Spisová značka: 20Sd/244/2015</w:t>
      </w:r>
    </w:p>
    <w:p>
      <w:r>
        <w:t>ECLI: ECLI:SK:KSBB:2016:6015201088.1</w:t>
      </w:r>
    </w:p>
    <w:p>
      <w:r>
        <w:t>Dátum vydania: 22. 3.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Banská Bystrica Spisová značka: 20Sd/244/2015 Identifikačné číslo súdneho spisu: 6015201088 Dátum vydania rozhodnutia: 23. 03. 2016 Meno a priezvisko sudcu, VSÚ: JUDr. Jarmila Badíková ECLI: ECLI:SK:KSBB:2016:6015201088.1 ROZSUDOK V MENE SLOVENSKEJ REPUBLIKY Krajský súd v Banskej Bystrici v konaní samosudkyňou JUDr. Jarmilou Badíkovou v právnej veci navrhovateľa: E. D., nar. X. C. XXXX, bytom L. X. XXX/XX, XXX XX Y. F., proti odporkyni: Sociálna poisťovňa, ul. 29. augusta č. 8, 813 63 Bratislava o preskúmanie rozhodnutia o výške invalidného dôchodku takto r o z h o d o l : Rozhodnutie odporkyne č. XXX XXX XXXX X zo dňa 26. júna 2015 p o t v r d z u j e. Navrhovateľovi nepriznáva právo na náhradu trov konania. o d ô v o d n e n i e : Odporkyňa rozhodnutím č. XXX XXX XXXX X z 26.06.2015 podľa § 73, § 82, § 112 ods. 4 a § 274 zákona č. 461/2003 Z. z. o sociálnom poistení /ďalej len zsp / rozhodla, že navrhovateľovi od 12.06.2015 naďalej patrí invalidný dôchodok v sume 236,10 Eur mesačne. Odporkyňa v odôvodnení rozhodnutia uviedla, že pokles schopnosti vykonávať zárobkovú činnosť od 12.6.2015 je 70 % a dlhodobo nepriaznivý zdravotný stav a pokles schopnosti vykonávať zárobkovú činnosť bol posúdený posudkovým lekárom sociálneho poistenia SP, pobočka Veľký Krtíš a výsledok jeho posúdenia je uvedený v lekárskej správe z 12.6.2015. Ďalej uviedla, že navrhovateľ sa podľa § 274 zákona č. 461/2003 Z. z. zachovávajú nároky vyplývajúce zo zaradenia zamestnania do zvýhodnenej pracovnej kategórie a suma dôchodku nemôže byť nižšia ako suma dôchodku určená podľa právnych predpisov účinných do 31.12.2003, sumu invalidného dôchodku určenú podľa zákona č. 461/2003 Z. z. v znení neskorších predpisov porovnali s vyplácanou sumou invalidného dôchodku určenou podľa právnych predpisov účinných do 31.12.2003. Suma invalidného dôchodku vypočítaná podľa zákona č. 461/2003 Z. z. v znení neskorších predpisov je 179,70 EUR mesačne a suma invalidného dôchodku určená podľa zákona č. 100/1988 Zb. v znení neskorších predpisov je 236,10 EUR mesačne. Pretože suma invalidného dôchodku určená podľa zákona č. 100/1988 Zb. v znení neskorších predpisov je vyššia, invalidný dôchodok patrí v tejto sume. Navrhovateľ podal voči uvedenému rozhodnutiu v zákonom stanovenej lehote opravný prostriedok a namietol stanovenú výšku invalidného dôchodku. Uviedol, že výška invalidného dôchodku je rovnaká pri 45 % poklesu schopnosti vykonávať zárobkovú činnosť ako pri 70 %. Odporkyňa v písomnom stanovisku z 12.08.2015 uviedla právne a skutkové dôvody, pre ktoré žiadala napadnuté rozhodnutie potvrdiť ako vecne správne. Odporkyňa v písomnom stanovisku okrem iného uviedla, že na kontrolnej lekárskej prehliadke 12.6.2015 posudkový lekár sociálneho poistenia stanovil percentuálnu mieru poklesu schopnosti vykonávať zárobkovú činnosť navrhovateľa vo výške 70 %, oproti dovtedajším 45 %. Sociálna poisťovňa napadnutým rozhodnutím určila, že na sumu invalidného dôchodku navrhovateľa táto zmena v zmysle § 112 ods. 4 zákona č. 461/2003 Z. z. nemá vplyv a naďalej mu patrí invalidný dôchodok v sume určenej rozhodnutím z 10.3.2015 (s prihliadnutím len na zvýšenia podľa § 82 zákona č. 461/2003 Z. z.) Pretože suma invalidného dôchodku navrhovateľa určená podľa zákona č. 461/2003 Z. z. (179,70 EUR) bola nižšia ako suma určená podľa zákona účinného do 31.12.2003, invalidný dôchodok navrhovateľovi patrí v tejto vyššej sume (236,10 EUR mesačne). Krajský súd preskúmal napadnuté rozhodnutie na pojednávaní dňa 23.03.2015 v zmysle § 250l OSP, oboznámil sa s pripojenými listinnými dôkazmi, vypočul navrhovateľa, vec preskúmal v neprítomnosti odporkyne a dospel k záveru, že opravnému prostriedku nie je možné vyhovieť. Navrhovateľ na pojednávaní trval na dôvodoch uvedených v podanom opravnom prostriedku. Súd ospravedlnil neprítomnosť odporkyne na pojednávaní a pri rozhodovaní vo veci prihliadol na dôvody uvedené v písomnom stanovisku.. Podľa § 132 O.s.p. dôkazy súd hodnotí podľa svojej úvahy, a to každý dôkaz jednotlivo a všetky dôkazy v ich vzájomnej súvislosti; pritom starostlivo prihliada na všetko, čo vyšlo za konania najavo, včítane toho, čo uviedli účastníci. V konaní bolo preukázané, že na základe kontrolnej lekárskej prehliadke bola u navrhovateľa zvýšená miera poklesu schopnosti vykonávať zárobkovú činnosť zo 45 % na 70 % s účinnosťou od 12.06.2015. Na základe uvedeného odporkyňa urobila prepočet výšky invalidného dôchodku podľa predpisov účinných do 31.12.2003 a aj podľa zákona č. 461/2003 Z. z. o sociálnom poistení v zmysle § 274 zsp. Zvýšenie miery poklesu schopnosti vykonávať zárobkovú činnosť malo vplyv len na výšku invalidného dôchodku vypočítanú podľa zsp, ktorá aj pri 70 % miere poklesu je stále nižšia 179,70 Eur mesačne ako výška invalidného dôchodku vypočítaná podľa zákona č. 100/1988 Zb. o sociálnom zabezpečení, ktorá je 236,10 Eur mesačne. Z uvedeného dôvodu odporkyňa rozhodla v napadnutom rozhodnutí správne, že navrhovateľovi patrí invalidný dôchodok vo výške 236,10 Eur mesačne. Vzhľadom na vykonané preskúmanie súd napadnuté rozhodnutie potvrdil ako vecne správne a vydané v súlade s príslušnými právnymi predpismi navrhovateľ nepredložil súdu dôkaz o nesprávnosti resp. nezákonnosti napadnutého rozhodnutia a jeho námietky uvedené v podanom opravnom prostriedku boli právne irelevantné. Súd náhradu trov konania posúdil podľa § 250l v spojitosti s § 250k OSP, navrhovateľ nemal v konaní úspech a preto mu súd nepriznal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https://www.kauzis.sk/judikatura/r/ECLI:SK:KSBB:2016:6015201088.1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