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20Sd/246/2015 z 22. 3. 2016</w:t>
      </w:r>
    </w:p>
    <w:p>
      <w:r>
        <w:t>Rozsudok Krajského súdu Banská Bystrica z 22. marca 2016, sp. zn. 20Sd/246/2015, ECLI:SK:KSBB:2016:6015201093.1</w:t>
      </w:r>
    </w:p>
    <w:p>
      <w:r>
        <w:t>Súd: Krajský súd Banská Bystrica</w:t>
      </w:r>
    </w:p>
    <w:p>
      <w:r>
        <w:t>Spisová značka: 20Sd/246/2015</w:t>
      </w:r>
    </w:p>
    <w:p>
      <w:r>
        <w:t>ECLI: ECLI:SK:KSBB:2016:6015201093.1</w:t>
      </w:r>
    </w:p>
    <w:p>
      <w:r>
        <w:t>Dátum vydania: 22. 3. 2016</w:t>
      </w:r>
    </w:p>
    <w:p>
      <w:r>
        <w:t>Forma: Rozsudok</w:t>
      </w:r>
    </w:p>
    <w:p>
      <w:r>
        <w:t>Oblasť práva: Správne právo</w:t>
      </w:r>
    </w:p>
    <w:p>
      <w:pPr>
        <w:pStyle w:val="Heading2"/>
      </w:pPr>
      <w:r>
        <w:t>Text rozhodnutia</w:t>
      </w:r>
    </w:p>
    <w:p>
      <w:r>
        <w:t>Súd: Krajský súd Banská Bystrica Spisová značka: 20Sd/246/2015 Identifikačné číslo súdneho spisu: 6015201093 Dátum vydania rozhodnutia: 23. 03. 2016 Meno a priezvisko sudcu, VSÚ: JUDr. Jarmila Badíková ECLI: ECLI:SK:KSBB:2016:6015201093.1 ROZSUDOK V MENE SLOVENSKEJ REPUBLIKY Krajský súd v Banskej Bystrici v konaní samosudkyňou JUDr. Jarmila Badíková v právnej veci navrhovateľky: M. R., nar. XX. P. XXXX, bytom Z.. K. V. č. XX, XXX XX B. B., proti odporkyni: Sociálna poisťovňa, ústredie, ul. 29. augusta č. 8, 813 63 Bratislava, o preskúmanie rozhodnutia o invalidnom dôchodku takto r o z h o d o l : Rozhodnutie odporkyne č. XXX XXX XXXX X zo dňa 18. apríla 2015 z r u š u j e podľa § 250l ods. 2 a § 250j ods. 2 písm. c/, d/ O.s.p. a vec vracia odporkyni na ďalšie konanie. Navrhovateľke nepriznáva právo na náhradu trov konania. o d ô v o d n e n i e : Odporkyňa rozhodnutím č. XXX XXX XXXX X zo dňa 18.04.2015 podľa § 73 a § 112 ods. 4 zákona č. 461/2003 Z. z. o sociálnom poistení v znení neskorších predpisov /zsp/ zamietla žiadosť navrhovateľky o zvýšenie invalidného dôchodku. Odporkyňa v odôvodnení rozhodnutia okrem iného uviedla, že podľa posudku posudkového lekára SP pobočka Banská Bystrica zo dňa 01.04.2015 u navrhovateľky je miera poklesu schopnosti vykonávať zárobkovú činnosť určená na 45 % v porovnaní so zdravou fyzickou osobou. Navrhovateľka podala proti tomuto rozhodnutiu v zákonom stanovenej lehote návrh na preskúmanie s odvolaním sa na zlý zdravotný stav. Namietla tiež, že posudkoví lekári nezohľadnili v posudkoch ďalšie ochorenia, ktorými trpí /M., esenciálna hypertenzia, reumatoidná artritída, chronická tubulointersticiálna nefritída, dorzalgie/ v zmysle § 71 ods.8 zsp. Odporkyňa v písomnom stanovisku zo dňa 04.09.2015 uviedla právne a skutkové dôvody, pre ktoré žiadala napadnuté rozhodnutie potvrdiť ako vecne správne. Krajský súd preskúmal napadnuté rozhodnutie a postup odporkyne pred jeho vydaním na pojednávaní dňa 23.03.2016 v zmysle § 250l OSP, oboznámil sa s pripojenými listinnými dôkazmi, vypočul navrhovateľku, vec preskúmal v neprítomnosti odporkyne a dospel k záveru, že napadnuté rozhodnutie je potrebné zrušiť a vec vrátiť odporkyni na ďalšie konanie . Navrhovateľka na pojednávaní trvala na dôvodoch uvedených v podanom opravnom prostriedku. Súd ospravedlnil neprítomnosť odporkyne na pojednávaní. Podľa § 132 OSP dôkazy súd hodnotí podľa svojej úvahy, a to každý dôkaz jednotlivo a všetky dôkazy v ich vzájomnej súvislosti;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opätovne posúdený posudkovou lekárkou SP-ú so sídlom v Banskej Bystrici v prítomnosti prísediaceho odborného lekára psychiatra v posudku zo dňa 27.08.2015 so záverom, že je invalidná s 45 % mierou poklesu schopnosti vykonávať zárobkovú činnosť. Posudková lekárka ako rozhodujúce zdravotné postihnutie uviedla duševné choroby a poruchy správania, poruchy nálad, depresívne, periodické - stredne ťažké formy, kapitola V., položka 3, písm. a/. V posudku boli ďalej uvedené nasledujúce choroby recidivujúca depresívna poruchy stredne ťažká, esenciálna hypertenzia WHO II., M. bližšie neurčená, séronegatívna reumatoidná artritída I. štádium, chronická tubulointersticiálna nefritída, dorzalgia. Posudková lekárka v celkovom posudku uviedla, že navrhovateľka, je od r. 2010 liečená psychiatrom pre úzkostne-depresívnu poruchu. Stav bol pri liečbe v ambulantnej starostlivosti uspokojivý do r. 2014, kedy bola prvý krát hospitalizovaná na psychiatrickom oddelení v dennom stacionári. Aj keď prepúšťacia diagnóza znie epizóda ťažkej depresie bez psychotických príznakov to nekoreluje s doporučenou antidepresívnou liečbou. Dominuje úzkostne- depresívna symptomatika, zvýšená unaviteľnosť, slabosť a porucha energetického potenciálu. Známky svedčiace pre závažnú a hlbokú depresívnu poruchu (samovražedné úvahy, pokles hmotnosti a závažnú poruchu spánku) nepopisujú. Rovnako dnešným vyšetrením prísediaceho odborného lekára - psychiatra sa uvedená symptomatika svedčiaca pre ťažkú depresívnu poruchu nemanifestovala. Organická symptomatika potvrdená psychologickým vyšetrením zo dňa 12.2.2015 sa klinickým psychiatrickým vyšetrením manifestovala len diskrétne. Po zhodnotení predložených psychiatrických vyšetrení, ako aj objektívneho vyšetrenia prísediaceho lekára psychiatra konštatuje, že sa jedná o stredne ťažkú depresívnu poruchu, pri ktorej je miera poklesu schopnosti vykonávať zárobkovú činnosť 45 %. Ostatné ochorenia uvedené pod chorobou v Lekárskej správe, posudkovo nezávažné, nezvyšujú mieru poklesu schopnosti vykonávať zárobkovú činnosť. Posudková lekárka v pracovnej rekomandácii uviedla, že môže vykonávať prácu len v prostredí bez zvýšenej fyzickej a psychickej námahy, bez nočných zmien, podľa vzdelania s časovými úľavami.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Súd z prepúšťacej správy z poslednej hospitalizácie navrhovateľky na psychiatrickom oddelení G. G. v čase od 03.08.2015 do 28.08.2015 zistil, že vzhľadom na chronifikované psychické ťažkosti, pretrvávanie úzkostne-depresívnej symptomatiky, napriek opakovaným úpravám terapie v ambulantných podmienkach, ktoré navyše pacientka zle toleruje, vzhľadom na závažné komorbídne somatické diagnózy, je pracovný potenciál pacientky výrazne redukovaný a prognóza vývoja ochorenia nepriaznivá, preto odporúča plnú invalidizáciu pacientky. V správe sú uvedené tieto prepúšťacie diagnózy: F33.2 - recidivujúca depresívna porucha, terajšia ťažká epizóda bez, psychotických príznakov, F41.0 - panická porucha (epizodická záchvatová úzkosť), F54 - psychické faktory a faktory správania spojené s poruchami, alebo chorobami zatriedenými inde. Súd z psychologického vyšetrenia zo dňa 12.02.2015 zistil, že navrhovateľka sa dlhodobo cíti horšie, zmnožili sa je epi záchvaty s následnou slabosťou, kedy vyžadovala pomoc zo strany okolia. Vlani bola v dennom stacionári E. pri Psychiatrickom oddelení G. G. v súčasnosti navštevuje skupinovú psychoterapiu na psychiatrickom oddelení, chodí na pravidelné kontroly na psychiatriu, užíva lieky. Prítomné sú organické zmeny CNS, jej intelektové schopnosti sú znížené do hraničného pásma MR, narušené sú názorové analyticko syntetické schopnosti, vizuomotorická koordinácia, spomalené psychomotorické tempo, výrazná unaviteľnosť. Došlo k prehĺbeniu depresívneho prežívania v porovnaní s predchádzajúcim vyšetrením, prítomné je zvýšené riziko sui konania. Súd z nálezov ošetrujúceho psychiatra zistil, že navrhovateľka trpí na diagnózy: F 33.2, F 41.0 a k vzhľadom ku kognitívnemu deficitu treba zvážiť aj F.06.32; súd z nálezu zo dňa 09.03.2016 zistil, že navrhovateľka je v kontakte zdržanlivá, odpovede stručné, po latencii, psychomotorické tempo, dynamogénia inhibované, nálada skôr dysforická, afektivita kolíše, pocity insuficiencie, menejcennosti, masívna anxieta, susp. panické ataky, ale aj M. záchvaty zhoršené, v myslení orientovaná na aktuálne somatické ťažkosti, pozornosť zhoršená dekoncentrovaná, zhoršenie tenacity pozornosti, IMF zhoršenie novopamäti v zložke zapamätávania aj výbavnosti, v správaní redukcia záujm, sféry aj iniciatívy, spánok prerušovaný, stav zhoršený. Súd porovnal tieto odborné nálezy od rôznych odborných lekárov s hodnotením duševného ochorenia navrhovateľky v posudkoch a zistil, že sú diametrálne odlišné. Všeobecné posudkové hľadisko uvedené pri kapitole V. - duševné choroby a poruchy správania uvádza, že pri stanovení poklesu schopnosti zárobkovej činnosti je potrebné prihliadnuť na vývoj osobnosti v afektívnej, emocionálnej oblasti, na schopnosti adaptácie, na vplyvy prostredia, možnosti pracovného a sociálneho zaradenia. Posudkoví lekári vrátane prísediaceho psychiatra subjektívne hodnotia objektívne odborné nálezy ošetrujúcich psychiatrov a klinického psychológa bez toho, aby uviedli iný objektívny odborný nález na podporu svojich tvrdení. Prísediaci psychiater videl navrhovateľku po prvý krát a na niekoľko minút, čo určite nestačí na vyvrátenie záverov uvedených v prepúšťacej správy z hospitalizácie navrhovateľky a správ ošetrujúceho psychiatra a psychológa. Súd z neurologických nálezov zistil, že navrhovateľka trpí na nasledujúce diagnózy: pac epi s pretrv. vysokou frekvenciou záchvatov, farmakorezistenzná Epi, subak, VAS Th, SI, fibromyalgický sy, dif. VAS s častými exacerb., s radik, S1 dx, vrstvovým sy. Súd z kardiologickej kontroly zo dňa zo dňa 15.03.2016 zistil, že navrhovateľka má tieto diagnózy: art. hypertenzia 3 st. vysoké pripočítateľné riziko ESC/ESH, hypotyreóza na substitučnej liečbe, depresívny syndróm, panická porucha v sledovaní psychiatra, epi parox. v anamnéze. Súd z endokrinologického vyšetrenia zo dňa 08.01.2016 zistil, že navrhovateľka trpí na nasledujúce diagnózy: autoimúnna tyreoiditída bez strumy, seronegat. RA, nízka tolerancia námahy, cervikovestibul - sy. Súd z nefrologického nálezu zo dňa 29.12.2015 zistil, že navrhovateľka trpí na nasledujúce diagnózy: chronická pyelonefritída, bez retencie N.látok, bez proteinúrie, glomerulová filtrácia bez deficitu, erytrocytúria mikroskopická, arteriálna hypertenzia 3 st. - na liečbe hodnoty uspokojivé, hypercholesterolémia - mierna - v.s. sekundárna pri hypotyeréze, osteopénia, hypotyreóza na autoimunitnom podklade - na substitučnej liečbe, osteoarthroza SI zhybov bilater. - MR potvrdené 2009, dysmotilita pažeráka, hypovitaminóza D 2/10 - pri vysokej dávke antipileptík, GIT ťažkostiach, hypokalciémia na substitúcii, seronegatívna RA, cervikovestibuilárny syndróm, stav po HYE 11/2013, stav po TOT páske MM 11/2013, stav po kontúzii hrudníka pri páde 13.10.2014, epilepsia, panická porucha, depresívna porucha ťažká, VAS s častými exacerbáciami s radik. S1 dx t.č. lumbalgia, stav po infekcii DC /chlamýdie a mykoplasmy/, stav po enterokolitíde /colistridum difficile po ATB liečbe/ 11/2015. Z uvedeného prehľadu odborných lekárskych nálezov vyplýva, že navrhovateľka je polymorbídna pacientka, trpí pomerne závažnými ochoreniami, ktoré ovplyvňujú vo veľkej miere jej pracovnú schopnosť a ktoré posudkoví lekári v posudkoch nezohľadnili. Z vykonaného dokazovania súd mal preukázané, že v danej veci neprebehlo konanie v zmysle § 195 a nasl. zákona č. 461/2003 Z. z. o sociálnom poistení, zdravotný stav navrhovateľky nebol posúdený objektívne, komplexne a presvedčivo v zmysle § 71 zákona č. 461/2003 Z. z. o sociálnom poistení pokiaľ ide o rozhodujúce zdravotné postihnutie ako aj pridružené ochorenia.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aj v zmysle § 71 ods. 8 zsp a vo veci rozhodne a rozhodnutie riadne odôvodní.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https://www.kauzis.sk/judikatura/r/ECLI:SK:KSBB:2016:6015201093.1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