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20Sd/249/2015 z 22. 3. 2016</w:t>
      </w:r>
    </w:p>
    <w:p>
      <w:r>
        <w:t>Rozsudok Krajského súdu Banská Bystrica z 22. marca 2016, sp. zn. 20Sd/249/2015, ECLI:SK:KSBB:2016:6015201115.1</w:t>
      </w:r>
    </w:p>
    <w:p>
      <w:r>
        <w:t>Súd: Krajský súd Banská Bystrica</w:t>
      </w:r>
    </w:p>
    <w:p>
      <w:r>
        <w:t>Spisová značka: 20Sd/249/2015</w:t>
      </w:r>
    </w:p>
    <w:p>
      <w:r>
        <w:t>ECLI: ECLI:SK:KSBB:2016:6015201115.1</w:t>
      </w:r>
    </w:p>
    <w:p>
      <w:r>
        <w:t>Dátum vydania: 22. 3. 2016</w:t>
      </w:r>
    </w:p>
    <w:p>
      <w:r>
        <w:t>Forma: Rozsudok</w:t>
      </w:r>
    </w:p>
    <w:p>
      <w:r>
        <w:t>Oblasť práva: Správne právo</w:t>
      </w:r>
    </w:p>
    <w:p>
      <w:pPr>
        <w:pStyle w:val="Heading2"/>
      </w:pPr>
      <w:r>
        <w:t>Text rozhodnutia</w:t>
      </w:r>
    </w:p>
    <w:p>
      <w:r>
        <w:t>Súd: Krajský súd Banská Bystrica Spisová značka: 20Sd/249/2015 Identifikačné číslo súdneho spisu: 6015201115 Dátum vydania rozhodnutia: 23. 03. 2016 Meno a priezvisko sudcu, VSÚ: JUDr. Jarmila Badíková ECLI: ECLI:SK:KSBB:2016:6015201115.1 ROZSUDOK V MENE SLOVENSKEJ REPUBLIKY Krajský súd v Banskej Bystrici v konaní samosudkyňou JUDr. Jarmilou Badíkovou v právnej veci navrhovateľky: V. R., nar. XX. N. XXXX, bytom F. XX/XX, XXX XX C., proti odporkyni: Sociálna poisťovňa, ústredie, ul. 29. augusta č. 8, 813 63 Bratislava o preskúmanie rozhodnutia o invalidnom dôchodku takto r o z h o d o l : Rozhodnutie odporkyne č. XXX XXX XXXX X zo dňa 4. mája 2015 z r u š u j e podľa § 250l ods. 2, a § 250j ods. 2 písm. c/, d/ O.s.p. a vec vracia odporkyni na ďalšie konanie. Navrhovateľke nepriznáva právo na náhradu trov konania. o d ô v o d n e n i e : Odporkyňa rozhodnutím č. XXX XXX XXXX X z 04.05.2015 zamietla žiadosť navrhovateľky o priznanie invalidného dôchodku s odôvodnením, že nie je invalidná podľa § 70 a § 71 zákona č. 461/2003 Z. z. o sociálnom poistení /ďalej len zsp/, pretože podľa posudku posudkového lekára SP pobočky Žiar nad Hronom z 08.04.2015 miera poklesu schopnosti vykonávať zárobkovú činnosť u navrhovateľky je 25 %. Navrhovateľka podala voči uvedenému rozhodnutiu opravný prostriedok s odvolaním sa na svoj zlý zdravotný stav. Navrhovateľka namietla posúdenie jej zdravotného stavu posudkovými lekármi, ktorí nezohľadnili objektívne jej zdravotný stav. Odporkyňa v písomnom stanovisku zo dňa 11.09.2015 uviedla právne a skutkové dôvody, pre ktoré žiadala napadnuté rozhodnutie potvrdiť ako vecne správne. Krajský súd preskúmal napadnuté rozhodnutie a postup odporkyne pred jeho vydaním na pojednávaní dňa 23.03.2016 v zmysle § 250l OSP, oboznámil sa s pripojenými listinnými dôkazmi, vec preskúmal v neprítomnosti účastníkov a dospel k záveru, že napadnuté rozhodnutie je potrebné zrušiť a vec vrátiť odporkyni na ďalšie konanie. Súd ospravedlnil neprítomnosť navrhovateľky na pojednávaní. Súd ospravedlnil neprítomnosť odporkyne na pojednávaní.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so sídlom v Banskej Bystrici v posudku zo dňa 03.09.2015 so záverom, že nie je invalidná podľa § 71 ods. 1 zákona č. 461/2003 Z. z. o sociálnom poistení, lebo pre dlhodobo nepriaznivý zdravotný stav má pokles schopnosti vykonávať zárobkovú činnosť 25 % v porovnaní so zdravou fyzickou osobou. Posudkový lekár ako rozhodujúce zdravotné postihnutie uviedol choroby podporného a pohybového ústrojenstva, dorzopatia, deformujúca dorzopatia a spondylopatia, degeneratívne zmeny na chrbtici a medzistavcových platničkách s miernym funkčným postihnutím s prejavmi nervového a svalového dráždenia, slabosť svalového korzetu, obmedzenie pohybu v postihnutom úseku, kapitola XV, oddiel E, položka 3, písm. b/ a tieto choroby: lumbago s ischiasom, bolesť v torakálnej chrbtici, K., metabolický syndróm. V celkovom posudku posudkový lekár uviedol, že navrhovateľka je viac rokov v starostlivosti a liečbe neurológa, ortopéda, fyziatra a algeziológa pre bolesti v krčnej, hrudnej a driekovej chrbtici s občasnými prejavmi koreňového dráždenia. K zvýrazneniu ťažkostí došlo v priebehu roku 2014. Podrobila sa RTG vyšetreniu krčnej, hrudnej aj driekovej chrbtice, ako aj magnetickej rezonancii driekovej chrbtice. Zobrazovacími metódami boli zistené degeneratívne zmeny na stavcoch a medzistavcových platničkách v zmysle spondylartrózy, osteochondrózy a spondylózy. Prítomné je viacetážové vyklenutie medzistavcových platničiek v driekovej oblasti. Vo 02/2015 bola hospitalizovaná na klinike algeziológie za účelom komplexnej analgetickej liečby, boli jej aplikované 3 série tlakových kaudálnych blokád pod CT kontrolou. Absolvovala vákuumterapiu a infiltráciu bolestivých bodov driekovej chrbtice lokálnym anastetikom. Toho času je v klinickom obraze vertebrogénny algický syndróm s intermitentnými prejavmi lumboischiadického syndrómu, s poruchou statiky a dynamiky driekovej chrbtice mierneho stupňa. Miera poklesu schopnosti vykonávať zárobkovú činnosť pri miernej funkčnej poruche driekovej chrbtice je 25 %. K. biopticky objektívne potvrdená je pri diéte zlepšená. Reumatológ pri vyšetrení nezistil artrický syndróm (ramená, zápästia voľné, chrbtica sa dobre rozvíja, nebolestivá). Stav hodnotil ako polyataralgie pri metabolickom syndróme a hyperurikémii. Uvedené ochorenia sú posudkovo nezávažné, nezvyšujú mieru poklesu schopnosti vykonávať zárobkovú činnosť. Týmto bol potvrdený posudok o posúdení zdravotného stavu navrhovateľky posudkovým lekárom SP pobočka Žiar nad Hronom,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citovaných ustanovení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posudkoví lekári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Posúdenie rozhodujúceho zdravotného postihnutia nebolo úplné a presvedčivé. Súd z neurologických nálezov zistil, že navrhovateľka trpí na nasledujúce diagnózy: chronický polytopný vertebrogénny algický sy v C, Th a precip. v LS obl. s poruchou dynamiky osového skeletu s iritáciou L5.l dx úseku chrbtice t.č. bez zánik, radikulopatie a patol. teréne degener. zmien os. skeletu v MRI LS chrbtica-Stacionárny obraz synovitídy intervertebrálnych zhybov L4-5 obojstranne. Spondylarthrosis lumbalis, protrusio IVD L4-5 preforaminalis, foraminalis l.sin.levis. Osteochondrosis disci intervertebralis Th12-L1. Posudkoví lekári toto ochorenie posúdili v strednej hranici rozpätia príslušnej položky s odôvodnením, že navrhovateľka trpí len miernou funkčnou poruchou driekovej chrbtice. Podľa záverov neurológa navrhovateľka trpí chronický polytopný vertebrogénny algický sy v C, Th a v LS tzn. celá chrbtica s poruchou dynamiky osového skeletu. Ako konštatovali posudkoví lekári navrhovateľka trpí aj na celiakiu. V prílohe č. 4 k zsp v kapitole X., oddiel C, položka 3, písm. a/ je pre toto ochorenie bez podstatných klinických prejavov pri diéte a zavedenej terapii stanovená miera poklesu schopnosti vykonávať zárobkovú činnosť od 10 až 20 %. Napriek uvedenému posudkoví lekári v posudkoch toto ochorenie vôbec nezohľadnili.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 l ods. 2 a § 250j ods. 2 písm. c/, d/ OSP vec vrátil odporkyni na ďalšie konanie, v ktorom opätovne posúdi zdravotný stav navrhovateľky v zmysle záverov tohto rozhodnutia a § 71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w:t>
      </w:r>
    </w:p>
    <w:p/>
    <w:p>
      <w:r>
        <w:t>Zdroj: KAUZIS.SK – https://www.kauzis.sk/judikatura/r/ECLI:SK:KSBB:2016:6015201115.1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