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20Sd/275/2015 z 12. 4. 2016</w:t>
      </w:r>
    </w:p>
    <w:p>
      <w:r>
        <w:t>Rozsudok Krajského súdu Banská Bystrica z 12. apríla 2016, sp. zn. 20Sd/275/2015, ECLI:SK:KSBB:2016:6015201212.1</w:t>
      </w:r>
    </w:p>
    <w:p>
      <w:r>
        <w:t>Súd: Krajský súd Banská Bystrica</w:t>
      </w:r>
    </w:p>
    <w:p>
      <w:r>
        <w:t>Spisová značka: 20Sd/275/2015</w:t>
      </w:r>
    </w:p>
    <w:p>
      <w:r>
        <w:t>ECLI: ECLI:SK:KSBB:2016:6015201212.1</w:t>
      </w:r>
    </w:p>
    <w:p>
      <w:r>
        <w:t>Dátum vydania: 12. 4. 2016</w:t>
      </w:r>
    </w:p>
    <w:p>
      <w:r>
        <w:t>Forma: Rozsudok</w:t>
      </w:r>
    </w:p>
    <w:p>
      <w:r>
        <w:t>Oblasť práva: Správne právo</w:t>
      </w:r>
    </w:p>
    <w:p>
      <w:pPr>
        <w:pStyle w:val="Heading2"/>
      </w:pPr>
      <w:r>
        <w:t>Text rozhodnutia</w:t>
      </w:r>
    </w:p>
    <w:p>
      <w:r>
        <w:t>Súd: Krajský súd Banská Bystrica Spisová značka: 20Sd/275/2015 Identifikačné číslo súdneho spisu: 6015201212 Dátum vydania rozhodnutia: 13. 04. 2016 Meno a priezvisko sudcu, VSÚ: JUDr. Jarmila Badíková ECLI: ECLI:SK:KSBB:2016:6015201212.1 ROZSUDOK V MENE SLOVENSKEJ REPUBLIKY Krajský súd v Banskej Bystrici v konaní samosudkyňou JUDr. Jarmilou Badíkovou v právnej veci navrhovateľky: U. M., nar. XX. U. XXXX, bytom T.. L. F. XXXX/X, V. X., proti odporkyni: Sociálna poisťovňa, ústredie, ul. 29. augusta č. 8, 813 63 Bratislava, o preskúmanie rozhodnutia o invalidnom dôchodku takto r o z h o d o l : Rozhodnutie odporkyne č. XXX XXX XXXX X zo dňa 5. júna 2015 z r u š u j e podľa § 250l ods. 2 a § 250j ods. 2 písm. c/, d/ O.s.p. a vec vracia odporkyni na ďalšie konanie. Navrhovateľke nepriznáva právo na náhradu trov konania. o d ô v o d n e n i e : Odporkyňa rozhodnutím č. XXX XXX XXXX X zo dňa 05.06.2015 podľa § 73 a § 112 ods. 4 zákona č. 461/2003 Z. z. o sociálnom poistení v znení neskorších predpisov /zsp/ zamietla žiadosť navrhovateľky o zvýšenie invalidného dôchodku. Odporkyňa v odôvodnení rozhodnutia okrem iného uviedla, že podľa posudku posudkového lekára SP pobočka Žiar nad Hronom zo dňa 20.05.2015 u navrhovateľky je miera poklesu schopnosti vykonávať zárobkovú činnosť určená na 55 % v porovnaní so zdravou fyzickou osobou. Navrhovateľka podala proti tomuto rozhodnutiu v zákonom stanovenej lehote návrh na preskúmanie s odvolaním sa na zlý zdravotný stav a žiadala jeho opätovné preskúmanie. Odporkyňa v písomnom stanovisku zo dňa 07.10.2015 uviedla právne a skutkové dôvody, pre ktoré žiadala napadnuté rozhodnutie potvrdiť ako vecne správne. Krajský súd preskúmal napadnuté rozhodnutie a postup odporkyne pred jeho vydaním na pojednávaní dňa 13.04.2016 v zmysle § 250l OSP, oboznámil sa s pripojenými listinnými dôkazmi, vypočul odporkyňu, vec preskúmal v neprítomnosti navrhovateľky a dospel k záveru, že napadnuté rozhodnutie je potrebné zrušiť a vec vrátiť odporkyni na ďalšie konanie. Súd ospravedlnil neprítomnosť navrhovateľky na pojednávaní a pri rozhodovaní vo veci prihliadol na dôvody uvedené v podanom opravnom prostriedku. Odporkyňa na pojednávaní sa plne pridržiavala písomného stanoviska SP z 7.10.2015, v ktorom sa uvádza, že na základe opravného prostriedku navrhovateľky, bol opätovne posúdený jej zdravotný stav posudkovým lekárom na pobočke v Žiari nad Hronom ako aj posudkovým lekárom ústredia a posudkoví lekári zotrvali na pôvodnej miery poklesu schopnosti vykonávať zárobkovú činnosť vo výške 55 %. Vzhľadom na uvedené skutkové a právne dôvody žiadala krajský súd, aby napadnuté rozhodnutie zo dňa 5.6.2015 potvrdil ako vecne správne. Podľa § 132 OSP dôkazy súd hodnotí podľa svojej úvahy, a to každý dôkaz jednotlivo a všetky dôkazy v ich vzájomnej súvislosti ; pričom starostlivo prihliada na všetko, čo vyšlo za konania najavo, včítane toho, čo uviedli účastníci.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bol zdravotný stav navrhovateľky opätovne posúdený posudkovou lekárkou SP ú so sídlom v Banskej Bystrici v posudku zo dňa 24.09.2015 so záverom, že je invalidná s 55 % mierou poklesu schopnosti vykonávať zárobkovú činnosť. Posudková lekárka ako rozhodujúce zdravotné postihnutie uviedla choroby obehovej sústavy, srdcové choroby, vrodené alebo získané chlopňové chyby, ischemická choroba srdca, kardiomyopatie, stavy po srdcovom infarkte, stavy po myokarditíde stavy po reumatických ochoreniach a iné s poklesom výkonu pri stredne ťažkom zaťažení (napr. chôdza 4 - 5 km/h, stredne ťažká telesná práca), maximálna záťaž 75 W - NYHA II. kapitola IX, oddiel A, položka 1, písm. b/ a ako iné zdravotné postihnutie choroby obehovej sústavy, srdcové choroby, hypertenzia II, kapitola IX, oddiel A, položka 10, písm. b/. V posudku boli ďalej uvedené nasledujúce choroby aterosklerotická choroba srdca, esenciálna hypertenzia WHO I. - II., mitrálna insuficiencia II. stupňa, paroxyzmálna fibrilácia predsiení, stav po ischemickej náhlej cievnej príhode mozgovej s pravostrannou symptomatológiou, polycytémia vera, dorzalgie, extrapyramidový tremor hlavy a pravej hornej končatiny, obezita - tučnota, depresia stredne ťažká forma, varixy dolných končatín. Posudková lekárka v celkovom posudku uviedla, že navrhovateľka bola uznaná za invalidnú s mierou poklesu schopnosti vykonávať zárobkovú činnosť 55 % pre ochorenie srdca a vysoký krvný tlak od 26.1.2010. Toho času menovaná požiadala o zvýšenie sumy invalidného dôchodku pre zhoršenie zdravotného stavu. Posudkový lekár soc. poistenia SP, pobočka Žiar nad Hronom mieru poklesu schopnosti vykonávať zárobkovú činnosť určil na 55 % napriek dokumentovanému zhoršeniu hypertenzie a mitrálnej regurgitácie, ktoré bolo popísané kardiológom v spáde dňa 21.1.2015, kde je arteriálna hypertenzia hodnotená podľa WHO ako III. a mitrálna regurgitácia III. až IV. stupňa. Po zhodnotení prepúšťacej správy z hospitalizácie v Stredoslovenskom ústave srdcovo-cievnych chorôb v Banskej Bystrici, kde bola hospitalizovaná v 07/2015 môže skonštatovať, že k zhoršeniu zdravotného stavu nedošlo, nález na srdci podľa ECHOKG vyšetrenia je nezmenený. Pretrváva mitrálna regurgitácia II. stupňa (čo je výrazná diskrepancia s ultrazvukovým vyšetrením v spáde, kde je pri ECHOKG vyšetrení mitrálna regurgitácia hodnotená ako III. až IV. stupňa). Pokiaľ by platil nález kardiológa zo spádu bola by nutná operačná intervencia. Vyšetrenie v Stredoslovenskom ústave srdcovo-cievnych chorôb potvrdzuje nezmenený nález na mitrálnej chlopni, mitrálnu regurgitáciu II. stupňa, bez potreby operačného riešenia, len s potrebou konzervatívnej liečby. Uvedené ochorenie naďalej podmieňuje mieru poklesu schopnosti vykonávať zárobkovú činnosť 45 %. Mieru poklesu schopnosti vykonávať zárobkovú činnosť zvyšuje o 10 % vysoký krvný tlak a ostatné pridružené ochorenia uvedené pod chorobou v lekárskej správe vyššie. Celková miera poklesu schopnosti vykonávať zárobkovú činnosť je naďalej 55 %. Posudková lekárka v pracovnej rekomandácii uviedla, že môže vykonávať prácu len v prostredí bez dvíhania ťažkých bremien, nie vo vynútených polohách, so šetrením chrbtice, bez ťažkej fyzickej práce, bez nočných zmien, ľahšie práce s telesnými a časovými úľavami.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posúdil posudky posudkových lekárov v zmysle kritérií stanovených zákonom a dospel k záveru, že predložené posudky nespĺňajú tieto kritéria, nezhodnotili objektívne zdravotný stav navrhovateľky a preto nemôžu byť podkladom pre zhodnotenie miery poklesu schopnosti vykonávať zárobkovú činnosť. Súd pri posúdení posudkov posudkových lekárov zistil, že tieto sú v rozpore s odbornými lekárskymi nálezmi. Vzhľadom na rozpory medzi diagnózami uvedenými v prepúšťacej správa z hospitalizácie navrhovateľky v SÚSCCH v Banskej Bystrici a nálezmi ošetrujúceho kardiológa konštatované v posudkoch, odporkyňa opätovne posúdi zdravotný stav navrhovateľky v prítomnosti kardiológa resp. si od neho zadováži odborný posudok ohľadne rozhodujúceho ochorenia navrhovateľky a jeho rôzneho odborného hodnotenia. Z vykonaného dokazovania súd mal preukázané, že v danej veci neprebehlo konanie v zmysle § 195 a nasl. zákona č. 461/2003 Z. z. o sociálnom poistení zdravotný stav navrhovateľky nebol posúdený objektívne, komplexne a presvedčivo v zmysle § 71 zákona č. 461/2003 Z. z. o sociálnom poistení. Na základe takto vykonaného posúdenia zákonnosti súd napadnuté rozhodnutie zrušil podľa § 250l ods. 2 a § 250j ods. 2 písm. c/, d/ OSP, vec vrátil na ďalšie konanie, v ktorom odporkyňa zabezpečí opätovné posúdenie zdravotného stavu navrhovateľky v zmysle záverov tohto rozhodnutia a vo veci rozhodne a rozhodnutie riadne odôvodní.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https://www.kauzis.sk/judikatura/r/ECLI:SK:KSBB:2016:6015201212.1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