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20Sd/282/2015 z 19. 4. 2016</w:t>
      </w:r>
    </w:p>
    <w:p>
      <w:r>
        <w:t>Rozsudok Krajského súdu Banská Bystrica z 19. apríla 2016, sp. zn. 20Sd/282/2015, ECLI:SK:KSBB:2016:6015201230.1</w:t>
      </w:r>
    </w:p>
    <w:p>
      <w:r>
        <w:t>Súd: Krajský súd Banská Bystrica</w:t>
      </w:r>
    </w:p>
    <w:p>
      <w:r>
        <w:t>Spisová značka: 20Sd/282/2015</w:t>
      </w:r>
    </w:p>
    <w:p>
      <w:r>
        <w:t>ECLI: ECLI:SK:KSBB:2016:6015201230.1</w:t>
      </w:r>
    </w:p>
    <w:p>
      <w:r>
        <w:t>Dátum vydania: 19. 4. 2016</w:t>
      </w:r>
    </w:p>
    <w:p>
      <w:r>
        <w:t>Forma: Rozsudok</w:t>
      </w:r>
    </w:p>
    <w:p>
      <w:r>
        <w:t>Oblasť práva: Správne právo</w:t>
      </w:r>
    </w:p>
    <w:p>
      <w:pPr>
        <w:pStyle w:val="Heading2"/>
      </w:pPr>
      <w:r>
        <w:t>Text rozhodnutia</w:t>
      </w:r>
    </w:p>
    <w:p>
      <w:r>
        <w:t>Súd: Krajský súd Banská Bystrica Spisová značka: 20Sd/282/2015 Identifikačné číslo súdneho spisu: 6015201230 Dátum vydania rozhodnutia: 20. 04. 2016 Meno a priezvisko sudcu, VSÚ: JUDr. Jarmila Badíková ECLI: ECLI:SK:KSBB:2016:6015201230.1 ROZSUDOK V MENE SLOVENSKEJ REPUBLIKY Krajský súd v Banskej Bystrici v konaní samosudkyňou JUDr. Jarmilou Badíkovou v právnej veci navrhovateľky: L. U., nar. XX. L. XXXX, bytom C. č. XX, XXX XX V. V., proti odporkyni: Sociálna poisťovňa, ústredie, ul. 29. augusta č. 8, 813 63 Bratislava, o preskúmanie rozhodnutia o invalidnom dôchodku takto r o z h o d o l : Rozhodnutie odporkyne č. XXX XXX XXXX X zo dňa 16. mája 2015 z r u š u j e podľa § 250l ods. 2 a § 250j ods. 2 písm. c/, d/ O.s.p. a vec vracia odporkyni na ďalšie konanie. Navrhovateľke nepriznáva právo na náhradu trov konania. o d ô v o d n e n i e : Odporkyňa rozhodnutím č. XXX XXX XXXX X z 16.05.2015 zamietla žiadosť navrhovateľky o priznanie invalidného dôchodku s odôvodnením, že nie je invalidná podľa § 70 a § 71 zákona č. 461/2003 Z. z. o sociálnom poistení /ďalej len zsp/, pretože podľa posudku posudkový lekár SP pobočka Banská Bystrica z 21.04.2015 mieru poklesu schopnosti vykonávať zárobkovú činnosť u navrhovateľky je 25 %. Navrhovateľka podala voči uvedenému rozhodnutiu opravný prostriedok s odvolaním sa na svoj zlý zdravotný stav a žiadala jeho prehodnotenie. Odporkyňa v písomnom stanovisku zo dňa 17.10.2015 uviedla právne a skutkové dôvody, pre ktoré žiadala napadnuté rozhodnutie potvrdiť ako vecne správne. Krajský súd preskúmal napadnuté rozhodnutie a postup odporkyne pred jeho vydaním na pojednávaní dňa 20.04.2016 v zmysle § 250l OSP, oboznámil sa s pripojenými listinnými dôkazmi, vec preskúmal v neprítomnosti navrhovateľky, vypočul odporkyňu a dospel k záveru, že napadnuté rozhodnutie je potrebné zrušiť a vec vrátiť odporkyni na ďalšie konanie. Súd ospravedlnil neprítomnosť navrhovateľky na pojednávaní. Odporkyňa na pojednávaní sa plne pridržiavala písomného stanoviska SP zo dňa 7.10.2015 v ktorom je uvedené, že na základe podaného opravného prostriedku bol zdravotný stav navrhovateľky opätovne posúdený posudkovým lekárom na pobočke v Banskej Bystrici dňa 28.6.2015 a posudkovým lekárom ústredia dňa 29.9.2015, ktorí zhodne zotrvali na pôvodnom posudku, že navrhovateľka nie je invalidná, lebo má mieru poklesu schopnosti vykonávať zárobkovú činnosť 25 %. Vzhľadom na uvedené právne a skutkové dôvody, žiadala, aby krajský súd napadnuté rozhodnutie zo dňa 16.5.2015 potvrdil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 ú so sídlom v Banskej Bystrici v posudku zo dňa 29.09.2015 so záverom, že nie je invalidná podľa § 71 ods. 1 zákona č. 461/2003 Z. z. o sociálnom poistení, lebo pre dlhodobo nepriaznivý zdravotný stav má pokles schopnosti vykonávať zárobkovú činnosť 25 % v porovnaní so zdravou fyzickou osobou. Posudkový lekár ako rozhodujúce zdravotné postihnutie uviedol choroby obehovej sústavy, srdcové choroby, stavy po srdcových operáciách s dobrým funkčným výsledkom, kapitola IX, oddiel a, položka 8, písm. a/ a tieto choroby: stav po operácii defektu predsieňového septa (v r. 2010), syndróm karpálneho tunela obojstranne, viac vpravo, esenciálna hypertenzia WHO I. - II., zmiešaná úzkostne-depresívna porucha v remisii. V celkovom posudku posudkový lekár uviedol, že navrhovateľka bola v dispenzárnej starostlivosti kardiológa pre defekt predsieňovej priehradky. V r. 2010 sa podrobila operácii defektu medzipredsieňovej priehradky. Stav po operácii je dobrý, ako o tom svedčia nálezy kardiológa vrátane ultrazvukového vyšetrenia srdca. V klinickom obraze e plne funkčne kardiálne kompenzovaná. Miera poklesu schopnosti vykonávať zárobkovú činnosť pri uvedenom zdravotnom postihnutí je 25 %. Okrem toho je liečená pre vysoký krvný tlak, ktorý je na monoterapii dobre ovplyvnený. Pre úzkostne-depresívnu poruchu je asi 3 roky v liečbe psychiatra. Stav je kompenzovaný. Uvedené ochorenia sú posudkovo nezávažné, preto nezvyšujú mieru poklesu schopnosti vykonávať zárobkovú činnosť. Týmto bol potvrdený posudok o posúdení zdravotného stavu navrhovateľa posudkových lekárom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navrhovateľa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neurologických nálezov zistil, že navrhovateľka trpí na algický syndróm vertebrogenný LS s radikulopathiou irit. Sy L5 l.sin, distálnu demyelinizačnú neuropathiu bilat., vpravo ťažkého stupňa; sy carpálneho tunela vpravo verifikovaný EMG ako ťažký stupeň. Posudkoví lekári toto ochorenie v posudkoch vôbec nezohľadnili.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 Na základe uvedeného súd napadnuté rozhodnutie zrušil podľa § 250 l ods. 2 a § 250j ods. 2, písm. c/, d/, OSP, vec vrátil odporkyni na ďalšie konanie, v ktorom opätovne posúdi zdravotný stav navrhovateľky v zmysle záverov tohto rozhodnutia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https://www.kauzis.sk/judikatura/r/ECLI:SK:KSBB:2016:6015201230.1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