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29Sp/1/2015 z 10. 3. 2016</w:t>
      </w:r>
    </w:p>
    <w:p>
      <w:r>
        <w:t>Uznesenie Krajského súdu Banská Bystrica z 10. marca 2016, sp. zn. 29Sp/1/2015, ECLI:SK:KSBB:2016:6015201235.2</w:t>
      </w:r>
    </w:p>
    <w:p>
      <w:r>
        <w:t>Súd: Krajský súd Banská Bystrica</w:t>
      </w:r>
    </w:p>
    <w:p>
      <w:r>
        <w:t>Spisová značka: 29Sp/1/2015</w:t>
      </w:r>
    </w:p>
    <w:p>
      <w:r>
        <w:t>ECLI: ECLI:SK:KSBB:2016:6015201235.2</w:t>
      </w:r>
    </w:p>
    <w:p>
      <w:r>
        <w:t>Dátum vydania: 10.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29Sp/1/2015 Identifikačné číslo súdneho spisu: 6015201235 Dátum vydania rozhodnutia: 11. 03. 2016 Meno a priezvisko sudcu, VSÚ: JUDr. Jozef Zlocha ECLI: ECLI:SK:KSBB:2016:6015201235.2 Uznesenie Krajský súd v Banskej Bystrici v právnej veci navrhovateľa: POHOTOVOSŤ s.r.o., Pribinova 25, 811 09 Bratislava, IČO: 35 807 598, proti odporcovi: Okresný úrad Detva, katastrálny odbor, J. G. Tajovského 1462/9, 962 12 Detva, za účasti: B. E., nar. XX.XX.XXXX, B. K. XXXX/XX, XXX XX Z. - X. I. O., o preskúmanie zákonnosti rozhodnutia odporcu č. V-595/15 zo dňa 29. júla 2015, takto r o z h o d o l : Súd o p r a v u j e dátum vyhlásenia Rozsudku Krajského súdu v Banskej Bystrici č.k. 29Sp/1/2015-19 tak, že správne má znieť: V Banskej Bystrici, 14. decembra 2015. o d ô v o d n e n i e : Rozsudkom č.k. 29Sp/1/2015-19 Krajský súd v Banskej Bystrici rozhodnutie odporcu č. V-595/15 zo dňa 29. júla 2015 potvrdil, navrhovateľovi náhradu trov konania nepriznal a navrhovateľa zaviazal na úhradu súdneho poplatku vo výške 35,- Eur na účet tunajšieho súdu v lehote troch dní od právoplatnosti tohto rozhodnutia. Podľa § 246c ods. 1 prvá veta Občianskeho súdneho poriadku (ďalej len „O.s.p.“) pre riešenie otázok, ktoré nie sú priamo upravené v tejto časti, sa použijú primerane ustanovenia prvej, tretej a štvrtej časti tohto zákona.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Krajský súd v Banskej Bystrici uviedol nesprávny dátum vyhlásenia rozsudku č.k. 29Sp/1/2015-19 keď v jeho písomnom vyhotovení uviedol dátum 17. decembra 2015, pričom správne má byť v rozsudku č.k. 29Sp/1/2015-19 uvedené „ V Banskej Bystrici, 14. decembra 2015“. Na základe uvedených skutočností bola preto podľa § 164 O.s.p. vykonaná oprava dátumu vyhlásenia rozsudku tunajšieho súdu č.k. 29Sp/1/2015-19 týmto opravným uznesením tak, že v ňom má byť uvedený ako dátum vyhlásenia 14. december 2015. Poučenie: Proti tomuto rozhodnutiu je možné podať odvolanie do 15 dní odo dňa jeho doručenia, písomne, dvojmo, prostredníctvom tunajšieho súdu na Najvyšší súd SR. V odvolaní sa má popri všeobecných náležitostiach (§ 42 ods. 3 O.s.p.) uviesť, proti ktorému rozhodnutiu smeruje, v akom rozsahu sa napáda, v čom sa toto rozhodnutie alebo postup súdu považuje za nesprávne a čoho sa odvolateľ domáha.</w:t>
      </w:r>
    </w:p>
    <w:p/>
    <w:p>
      <w:r>
        <w:t>Zdroj: KAUZIS.SK – https://www.kauzis.sk/judikatura/r/ECLI:SK:KSBB:2016:6015201235.2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