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20Sd/284/2015 z 19. 4. 2016</w:t>
      </w:r>
    </w:p>
    <w:p>
      <w:r>
        <w:t>Rozsudok Krajského súdu Banská Bystrica z 19. apríla 2016, sp. zn. 20Sd/284/2015, ECLI:SK:KSBB:2016:6015201237.1</w:t>
      </w:r>
    </w:p>
    <w:p>
      <w:r>
        <w:t>Súd: Krajský súd Banská Bystrica</w:t>
      </w:r>
    </w:p>
    <w:p>
      <w:r>
        <w:t>Spisová značka: 20Sd/284/2015</w:t>
      </w:r>
    </w:p>
    <w:p>
      <w:r>
        <w:t>ECLI: ECLI:SK:KSBB:2016:6015201237.1</w:t>
      </w:r>
    </w:p>
    <w:p>
      <w:r>
        <w:t>Dátum vydania: 19. 4. 2016</w:t>
      </w:r>
    </w:p>
    <w:p>
      <w:r>
        <w:t>Forma: Rozsudok</w:t>
      </w:r>
    </w:p>
    <w:p>
      <w:r>
        <w:t>Oblasť práva: Správne právo</w:t>
      </w:r>
    </w:p>
    <w:p>
      <w:pPr>
        <w:pStyle w:val="Heading2"/>
      </w:pPr>
      <w:r>
        <w:t>Text rozhodnutia</w:t>
      </w:r>
    </w:p>
    <w:p>
      <w:r>
        <w:t>Súd: Krajský súd Banská Bystrica Spisová značka: 20Sd/284/2015 Identifikačné číslo súdneho spisu: 6015201237 Dátum vydania rozhodnutia: 20. 04. 2016 Meno a priezvisko sudcu, VSÚ: JUDr. Jarmila Badíková ECLI: ECLI:SK:KSBB:2016:6015201237.1 ROZSUDOK V MENE SLOVENSKEJ REPUBLIKY Krajský súd v Banskej Bystrici v konaní samosudkyňou JUDr. Jarmilou Badíkovou v právnej veci navrhovateľky: D. Q., nar. XX. P. XXXX, bytom F. XXX, K., proti odporkyni: Sociálna poisťovňa, ústredie, ul. 29. augusta č. 8, 813 63 Bratislava, o preskúmanie rozhodnutia o invalidnom dôchodku takto r o z h o d o l : Rozhodnutie odporkyne č. XXX XXX XXXX X zo dňa 10. septembra 2015 z r u š u j e podľa § 250l ods. 2 a § 250j ods. 2 písm. c/, d/ O.s.p. a vec vracia odporkyni na ďalšie konanie. Navrhovateľke nepriznáva právo na náhradu trov konania. o d ô v o d n e n i e : Odporkyňa rozhodnutím č. XXX XXX XXXX X z 10.09.2015 zamietla žiadosť navrhovateľky o priznanie invalidného dôchodku s odôvodnením, že nie je invalidná podľa § 70 a § 71 zákona č. 461/2003 Z. z. o sociálnom poistení /ďalej len zsp/, pretože podľa posudku posudkového lekára SP pobočka Rožňava z 30.07.2015 miera poklesu schopnosti vykonávať zárobkovú činnosť u navrhovateľky je 25 %. Navrhovateľka podala voči uvedenému rozhodnutiu opravný prostriedok s odvolaním sa na svoj zlý zdravotný stav a žiadala jeho prehodnotenie. Uviedla tiež, že jej bol priznaný preukaz I. a predložila súdu kópie prepúšťacích správ z hospitalizácií a odborných lekárskych nálezov. Odporkyňa v písomnom stanovisku zo dňa 02.12.2015 uviedla právne a skutkové dôvody, pre ktoré žiadala napadnuté rozhodnutie potvrdiť ako vecne správne. Krajský súd preskúmal napadnuté rozhodnutie a postup odporkyne pred jeho vydaním na pojednávaní dňa 20.04.2016 v zmysle § 250l OSP, oboznámil sa s pripojenými listinnými dôkazmi, vec preskúmal v neprítomnosti navrhovateľky, vypočul odporkyňu a dospel k záveru, že napadnuté rozhodnutie je potrebné zrušiť a vec vrátiť odporkyni na ďalšie konanie. Súd ospravedlnil neprítomnosť navrhovateľky na pojednávaní. Odporkyňa na pojednávaní sa plne pridržiavala písomného stanoviska SP zo dňa 2.12.2015 v ktorom sa uvádza, že na základe podaného opravného prostriedku bol zdravotný stav navrhovateľky opätovne posúdený posudkovým lekárom na pobočke v Rožňave 5.11.2015 a posudkovým lekárom ústredia 20.11.2015 a posudkoví lekári zotrvali na pôvodnom posudku, že navrhovateľka nie je invalidná, lebo má 25 % mieru poklesu schopnosti vykonávať zárobkovú činnosť. Vzhľadom na uvedené skutkové a právne dôvody žiadala, aby krajský súd napadnuté rozhodnutie z 10.9.2015 o zamietnutí žiadosti o invalidný dôchodok ako vecne správne potvrdil.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Prešove v posudku zo dňa 20.11.2015 so záverom, že nie je invalidná podľa § 71 ods. 1 zákona č. 461/2003 Z. z. o sociálnom poistení, lebo pre dlhodobo nepriaznivý zdravotný stav má pokles schopnosti vykonávať zárobkovú činnosť 25 % v porovnaní so zdravou fyzickou osobou. Posudkový lekár ako rozhodujúce zdravotné postihnutie uviedol bolesti chrbtice pri degeneratívnych zmenách, kapitola XV., oddiel E, položka 3, písm. b/ a tieto choroby: bolesti chrbtice pri degeneratívnych zmenách, stav po prekonaní O. K. B. s minimálnou aktivitou, degeneratívne zmeny kolenných a bedrových kĺbov II. stupeň s ľahkým funkčným obmedzením, esenciálna hypertenzia, stresová inkontinencia I. st. V celkovom posudku posudkový lekár uviedol, že navrhovateľka bola viac rokov vyšetrovaná pre bolesti chrbtice, najmä v bedrovej časti s vyžarovaním bolesti do pravej dolnej končatiny. K zhodnoteniu predložila odborné vyšetrenia a prepúšťaciu správu z neurologického oddelenia, v ktorej je dokumentovaný normálny klinický neurologický nález. Driekovokrížový syndróm je hodnotený ako iritačný doteraz neboli dokumentované žiadne známky zánikového syndrómu, čo zodpovedá posudkovému hodnoteniu v strednej hodnote zákonom stanoveného rozsahu 25 %. Posudkovým zhodnotením ochorenia pečene po prekonanom infekčnom zápale X. K. B. /XXXX/ je zákonom hodnotené nízkym percentom (10 % - 20 %), rovnako ako D. F. (10 % - 15 %). Funkčné zhodnotenie ľavého bedrového kĺbu (obmedzenie rotačných pohybov o polovicu) je ľahkého stupňa, s hodnotením do 10 %. Funkčný nález na oboch kolenných kĺboch je v norme. Tiež ochorenie na vysoký krvný tlak toho času nie je z posudkového hľadiska významným ochorením. Všetky tieto ochorenia samostatným hodnotením neprevyšujú mieru poklesu schopnosti vykonávať zárobkovú činnosť určenú ako rozhodujúce zdravotné postihnutie a povahou ich závažnosti nemajú vplyv na výšku celkovej miery poklesu schopnosti vykonávať zárobkovú činnosť. Týmto bol potvrdený posudok o posúdení zdravotného stavu navrhovateľky posudkovým lekárom SP pobočka Rožňava,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citovaných ustanovení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posudkoví lekári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z prepúšťacej správy z priebehu hospitalizácie na neurologickom odd. NsP v Rožňave zistil, že navrhovateľka bola prijatá pre akcentáciu bolesti v driekovej oblasti chrbtice s periferiz. do PDK, parestézie PDK, sfinkterovú poruchu - Q. D. F., pri NMR verifik. multietážovom postihnutí Th a LS chrbtice a stenózou spin, kanála v Th 10 - 12 úseku. Ďalej zistil, trpí na nasledujúce diagnózy: LIS I. dx s iritáciou pravého SI zhybu, MR verif. multietážové postihnutie Th a LS chrbtice so stenózou spin, kanála v úseku Th 10 - 12, chron, polytopný VAS, CB algický sy. vpravo, Q. D. F., arteriálna hypertenzia, bez liečby. stp. O. B., calcar calcanei I. dx, pedes plani I. utq, stp. appendektomii, uroinfekt v liečbe. Z neurologického nálezu zo dňa 21.07.2015 súd zistil, že u navrhovateľky ide o multietážové postihnutie Th - LS chrbtice s kinetickým deficitom ťažkého stupňa, chronická nenádorová bolesť kombinovaná nociceptivna a per. neuropatická bolesť na podklade degeneratívnych zmien v teréne i dif. osteopénie, LIS I. dx s iritáciou pr. SI kĺbu, chron, polytopný VAS, CB alg. sy. l. dx, Q. D. F.. Pacientka nosí B. X. Q. A. V.. V uvedenom náleze sú uvedené aj výsledky z objektívnych zobrazovacích metód a to MR TH a LS chrbtice: akcentovaná Th kyfóza, spodnylotické zmeny, osteochodnróza diskov Th 2 - 12 s výrazne zúženými štrbinami Th 5 - 10, oparamed, protrúzia disku Th 11 - 12, mediálna protrúzia disku Th 11/ Th 12. MR LS chrbtice: spondylartrotické zmeny, osteochondróza Th 10/Th 11, známky incipien osteochondróz v seg. Th 11 - Th 12 a L3-L5, protrúzia diskov Th protrúzia disku L5/S1, sek. stenóza spinálneho kanála v rozsahu Th 10 - 12 v obj. náleze. Posudkoví lekári toto ochorenie v posudkoch hodnotili ako bolesti chrbtice pri degeneratívnych zmenách podľa kapitoly XV, oddiel E, položka 3, písm. b/ prílohy č. 4 k zsp v dolnom rozpätí príslušnej miery poklesu schopnosti vykonávať zárobkovú činnosť. Podľa názoru súdu vychádzajúc z odborných lekárskych nálezov rozhodujúce zdravotné postihnutie u navrhovateľky spĺňa kritéria uvedené v písm. c/ tejto kapitoly a oddielu.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 l ods. 2 a § 250j ods. 2 písm. c/, d/, OSP, vec vrátil odporkyni na ďalšie konanie, v ktorom opätovne posúdi zdravotný stav navrhovateľky v zmysle záverov tohto rozhodnutia a § 71 ods. 6 a 8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https://www.kauzis.sk/judikatura/r/ECLI:SK:KSBB:2016:6015201237.1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