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20Sd/285/2015 z 4. 4. 2016</w:t>
      </w:r>
    </w:p>
    <w:p>
      <w:r>
        <w:t>Uznesenie Krajského súdu Banská Bystrica z 4. apríla 2016, sp. zn. 20Sd/285/2015, ECLI:SK:KSBB:2016:6015201240.2</w:t>
      </w:r>
    </w:p>
    <w:p>
      <w:r>
        <w:t>Súd: Krajský súd Banská Bystrica</w:t>
      </w:r>
    </w:p>
    <w:p>
      <w:r>
        <w:t>Spisová značka: 20Sd/285/2015</w:t>
      </w:r>
    </w:p>
    <w:p>
      <w:r>
        <w:t>ECLI: ECLI:SK:KSBB:2016:6015201240.2</w:t>
      </w:r>
    </w:p>
    <w:p>
      <w:r>
        <w:t>Dátum vydania: 4.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20Sd/285/2015 Identifikačné číslo súdneho spisu: 6015201240 Dátum vydania rozhodnutia: 05. 04. 2016 Meno a priezvisko sudcu, VSÚ: JUDr. Jarmila Badíková ECLI: ECLI:SK:KSBB:2016:6015201240.2 Uznesenie Krajský súd v Banskej Bystrici v právnej veci neb. navrhovateľa: S., X., nar. XX. U. XXXX, bytom D. XX, XXX XX E. H. Q., zast. T. D., bytom D. XXX/XX, E. H. Q., proti odporkyni: Sociálna poisťovňa, ústredie, ul. 29 augusta č. 8, 813 63 Bratislava, o preskúmanie rozhodnutia o invalidný dôchodok takto r o z h o d o l : Konanie vo veci rozhodnutia odporkyne č. XXX XXX XXXX X zo dňa 26. mája 2015 z a s t a v u j e. Žiaden z účastníkov nemá právo na náhradu trov konania. o d ô v o d n e n i e : Odporkyňa rozhodnutím č. XXX XXX XXXX X z 26.05.2015 zamietla žiadosť navrhovateľa o priznanie invalidného dôchodku. Navrhovateľ podal voči uvedenému rozhodnutiu opravný prostriedok s odvolaním sa na svoj zlý zdravotný stav. Súd z úmrtného listu Matričného úradu mesta F. zo dňa 01.04.2016 zistil, že navrhovateľ zomrel dňa XX.XX.XXXX. Podľa § 103 OSP kedykoľvek za konania prihliada súd na to, či sú splnené podmienky, za ktorých môže konať vo veci / podmienky konania/. Podľa § 107 ods.1 OSP ak účastník stratí spôsobilosť byť účastníkom konania skôr, ako sa konanie právoplatne skončilo, súd posúdi podľa povahy veci, či má konanie zastaviť alebo prerušiť alebo či môže v ňom pokračovať. Vzhľadom na to, že navrhovateľ zomrel skôr ako sa konanie právoplatne skončilo súd konanie zastavil. Súd o náhrade trov konania rozhodol podľa § 250l ods. 2, § 246c, 146 ods. 1 písm. c/ OSP, podľa ktorého žiaden z účastníkov nemá právo na náhradu trov konania ako konanie bolo zastavené.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https://www.kauzis.sk/judikatura/r/ECLI:SK:KSBB:2016:6015201240.2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