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20Sd/288/2015 z 13. 4. 2016</w:t>
      </w:r>
    </w:p>
    <w:p>
      <w:r>
        <w:t>Uznesenie Krajského súdu Banská Bystrica z 13. apríla 2016, sp. zn. 20Sd/288/2015, ECLI:SK:KSBB:2016:6015201243.2</w:t>
      </w:r>
    </w:p>
    <w:p>
      <w:r>
        <w:t>Súd: Krajský súd Banská Bystrica</w:t>
      </w:r>
    </w:p>
    <w:p>
      <w:r>
        <w:t>Spisová značka: 20Sd/288/2015</w:t>
      </w:r>
    </w:p>
    <w:p>
      <w:r>
        <w:t>ECLI: ECLI:SK:KSBB:2016:6015201243.2</w:t>
      </w:r>
    </w:p>
    <w:p>
      <w:r>
        <w:t>Dátum vydania: 13.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20Sd/288/2015 Identifikačné číslo súdneho spisu: 6015201243 Dátum vydania rozhodnutia: 14. 04. 2016 Meno a priezvisko sudcu, VSÚ: JUDr. Jarmila Badíková ECLI: ECLI:SK:KSBB:2016:6015201243.2 Uznesenie Krajský súd v Banskej Bystrici v právnej veci navrhovateľa: G. H., nar. XX. H. XXXX, adresa na doručovanie J. C. M. Q. F., Ul. Š. J. XX, proti odporkyni: Sociálna poisťovňa, ústredie, ul. 29. augusta č. 8, 813 63 Bratislava o oprave rozhodnutia o preskúmaní starobného dôchodku takto r o z h o d o l : Rozsudok Krajského súdu v Banskej Bystrici č. k. 20Sd/288/2015-16 zo dňa 10. februára 2016 sa v časti výroku opravuje takto: Rozhodnutie odporkyne č. XXX XXX XXXX X zo dňa 6. augusta 2014 o zvýšení starobného dôchodku od 1. októbra 2011 p o t v r d z u j e. Navrhovateľovi nepriznáva právo na náhradu trov konania. o d ô v o d n e n i e : Krajský súd v Banskej Bystrici rozsudkom č. k. 20Sd/288/2015-16 zo dňa 10.02.2016 potvrdil rozhodnutie odporkyne č. XXX XXX XXXX X zo dňa 06.08.2014 o zvýšení starobného dôchodku od 01.10.2011. . V písomnom vyhotovení rozsudku došlo k pisárskej chybe, keď vo výroku rozsudku bolo uvedené, že krajský súd potvrdil napadnuté rozhodnutie o zvýšení starobného dôchodku od 01.10.20011. Podľa § 246c prvá veta OSP pre riešenie otázok, ktoré nie sú priamo upravené v tejto časti, sa použijú primerane ustanovenia prvej, tretej a štvrtej časti tohto zákona. Podľa § 164 OSP súd kedykoľvek aj bez návrhu opraví v rozsudku chyby v písaní a počítaní, ako aj iné zrejmé nesprávnosti. O návrhu na opravu súd rozhodne do 30 dní od jeho podania. Pritom môže odložiť vykonateľnosť rozsudku na čas, kým opravné uznesenie nenadobudne právoplatnosť. Vzhľadom k tomu, že išlo o zrejmú nesprávnosť, súd v zmysle § 164 OSP vykonal opravu časti výroku týmto opravným uznesením. Pokiaľ ide o žiadosť navrhovateľa o opravu rozsudku v dátume súd podľa § 165 ods. 2 OSP vec predkladá odvolaciemu súdu. Poučenie: Proti tomuto rozhodnutiu je prípustné odvolanie do 15 dní odo dňa jeho doručenia, písomne vo dvoch vyhotoveniach, prostredníctvom konajúceho súdu na Najvyšší súd SR v Bratislave. Odvolanie je možné podať len z dôvodov uvedených v ust. § 205 ods. 2 O.s.p. V odvolaní sa má popri všeobecných náležitostiach (§ 42 ods. 3 O.s.p.) uviesť, proti ktorému rozhodnutiu smeruje, v akom roz- sahu sa napáda, v čom sa toto rozhodnutie alebo postup súdu považuje za nesprávny a čoho sa odvolateľ domáha.</w:t>
      </w:r>
    </w:p>
    <w:p/>
    <w:p>
      <w:r>
        <w:t>Zdroj: KAUZIS.SK – https://www.kauzis.sk/judikatura/r/ECLI:SK:KSBB:2016:6015201243.2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