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20Sd/292/2015 z 31. 5. 2016</w:t>
      </w:r>
    </w:p>
    <w:p>
      <w:r>
        <w:t>Rozsudok Krajského súdu Banská Bystrica z 31. mája 2016, sp. zn. 20Sd/292/2015, ECLI:SK:KSBB:2016:6015201260.1</w:t>
      </w:r>
    </w:p>
    <w:p>
      <w:r>
        <w:t>Súd: Krajský súd Banská Bystrica</w:t>
      </w:r>
    </w:p>
    <w:p>
      <w:r>
        <w:t>Spisová značka: 20Sd/292/2015</w:t>
      </w:r>
    </w:p>
    <w:p>
      <w:r>
        <w:t>ECLI: ECLI:SK:KSBB:2016:6015201260.1</w:t>
      </w:r>
    </w:p>
    <w:p>
      <w:r>
        <w:t>Dátum vydania: 31. 5. 2016</w:t>
      </w:r>
    </w:p>
    <w:p>
      <w:r>
        <w:t>Forma: Rozsudok</w:t>
      </w:r>
    </w:p>
    <w:p>
      <w:r>
        <w:t>Oblasť práva: Správne právo</w:t>
      </w:r>
    </w:p>
    <w:p>
      <w:pPr>
        <w:pStyle w:val="Heading2"/>
      </w:pPr>
      <w:r>
        <w:t>Text rozhodnutia</w:t>
      </w:r>
    </w:p>
    <w:p>
      <w:r>
        <w:t>Súd: Krajský súd Banská Bystrica Spisová značka: 20Sd/292/2015 Identifikačné číslo súdneho spisu: 6015201260 Dátum vydania rozhodnutia: 01. 06. 2016 Meno a priezvisko sudcu, VSÚ: JUDr. Jarmila Badíková ECLI: ECLI:SK:KSBB:2016:6015201260.1 ROZSUDOK V MENE SLOVENSKEJ REPUBLIKY Krajský súd v Banskej Bystrici v konaní samosudkyňou JUDr. Jarmilou Badíkovou v právnej veci navrhovateľa: O. K., nar. X. B. XXXX, bytom A. XXXX/XX, XXX XX I., proti odporkyni: Sociálna poisťovňa, ústredie, ul. 29. augusta č. 8, 813 63 Bratislava, o preskúmanie rozhodnutia o invalidnom dôchodku takto r o z h o d o l : Rozhodnutie odporkyne č. XXX XXX XXXX X zo dňa 8. septembra 2015 z r u š u j e podľa § 250l ods. 2 § 250j ods. 2 písm. c/, d/ O.s.p. a vec vracia odporkyni na ďalšie konanie. Navrhovateľovi nepriznáva právo na náhradu trov konania. o d ô v o d n e n i e : Odporkyňa rozhodnutím č. XXX XXX XXXX X zo dňa 08.09.2015 podľa § 70 a § 82 zákona č. 461/2003 Z. z. o sociálnom poistení v znení neskorších predpisov /ďalej len zsp/ rozhodla, že navrhovateľovi naďalej patrí invalidný dôchodok od 05.05.2015 v sume 285,30 Eur mesačne. Odporkyňa v odôvodnení rozhodnutia okrem iného uviedla, že podľa posudku posudkového lekára SP pobočka Banská Bystrica zo dňa 12.08.2015 u navrhovateľa je miera poklesu schopnosti vykonávať zárobkovú činnosť určená na 55 % v porovnaní so zdravou fyzickou osobou. Navrhovateľ podal proti tomuto rozhodnutiu v zákonom stanovenej lehote návrh na preskúmanie s odvolaním sa na zlý zdravotný stav a žiadal jeho opätovné preskúmanie. Poukázal na posudky odborných lekárov, ktoré dokumentujú jeho nulový pracovný potenciál. Navrhovateľ tiež namietol spôsob posúdenia jeho zdravotného stavu posudkovými lekármi a poukázal aj na rozsudok Krajského súdu v Banskej Bystrici č. k. 20Sd/151/2010 zo dňa 01.02.2011. Tiež uviedol, že chodí neustále s oporou B. L. I., stravu, upratovanie a čiastočné nákupy mu zabezpečuje MsÚ, odbor sociálnych vecí I. 2 x týždenne, zložitejšie vybavovanie mu zabezpečuje S., ktorá je onkologický pacient. Odporkyňa v písomnom stanovisku zo dňa 18.04.2016 uviedla právne a skutkové dôvody, pre ktoré žiadala napadnuté rozhodnutie potvrdiť ako vecne správne. Krajský súd preskúmal napadnuté rozhodnutie a postup odporkyne pred jeho vydaním na pojednávaní dňa 01.06.2016 v zmysle § 250l OSP, oboznámil sa s pripojenými listinnými dôkazmi, vypočul odporkyňu a navrhovateľa a dospel k záveru, že napadnuté rozhodnutie je potrebné zrušiť a vec vrátiť odporkyni na ďalšie konanie. Navrhovateľ na pojednávaní trval na dôvodoch uvedených v podanom opravnom prostriedku. Opätovne namietol spôsob posúdenia jeho zdravotného stavu posudkovými lekármi, ktorí nerešpektovali závery odborných lekárov a predložil súdu novšie lekárske nálezy, ako dôkazy nepriaznivého zdravotného stavu. Odporkyňa na pojednávaní sa plne pridržiavala písomného stanoviska SP z 18.4.2016 v ktorom je uvedené, že na základe podaného opravného prostriedku bol zdravotný stav navrhovateľa opätovne posúdený posudkovým lekárom na pobočke ako aj posudkovým lekárom na ústredí a posudkoví lekári zotrvali na pôvodnom posudku, že navrhovateľ je od 5.5.2015 invalidný s 55 % mierou poklesu schopnosti vykonávať zárobkovú činnosť. Na základe uvedeného žiadala napadnuté rozhodnutie potvrdiť ako vecne správne. Podľa § 132 OSP dôkazy súd hodnotí podľa svojej úvahy, a to každý dôkaz jednotlivo a všetky dôkazy v ich vzájomnej súvislosti ; pričom starostlivo prihliada na všetko, čo vyšlo za konania najavo, včítane toho, čo uviedli účastníci.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bol zdravotný stav navrhovateľa posúdený posudkovou lekárkou SP-ú so sídlom v Banskej Bystrici v posudku zo dňa 07.04.2016 so záverom, že je invalidný s 55 % mierou poklesu schopnosti vykonávať zárobkovú činnosť. Posudková lekárka ako rozhodujúce zdravotné postihnutie uviedla choroby nervového systému, poškodenie miechy, paraparéza - stredne ťažká kapitola VI, oddiel B, položka 7, písm. b/ a ako iné zdravotné postihnutie ostatné pridružené ochorenia. V posudku boli ďalej uvedené tieto choroby: spastická paraparéza dolných končatín stredne ťažkého stupňa, bolesti chrbta, hepatopatia, organická afektívna depresívna porucha, vredová choroba gastreduodenna v remisii, syndróm závislosti na alkohole. Posudková lekárka v celkovom posudku uviedla, že u navrhovateľa bol uznaný za invalidného s mierou poklesu schopnosti vykonávať zárobkovú činnosť 45 % od 5.1.2011 pre spastickú paraparézu dolných končatín. Miera poklesu schopnosti vykonávať zárobkovú činnosť bola v r. 2015 na žiadosť o zvýšenie sumy invalidného dôchodku zvýšená na 55 %. Po preštudovaní predložených odborných nálezov neurológa možno konštatovať, že u menovaného je naďalej paraparéza dolných končatín hodnotená ako stredne ťažká, teda nedošlo k zhoršeniu paraparézy stredne ťažkého stupňa (neurologické vyšetrenie z 07.03.2016). Chôdza je prechodne zhoršená po zlomenine krčka stehennej kosti, ktorá musela byť riešená operačne cementovanou endoprotézou (úraz utrpel v 11/2015). Pre afektívnu depresívnu poruchu je v liečbe psychiatra. Vo 02/2015 mal urobené psychologické vyšetrenie, pri ktorom je popísaná ľahká až stredne ťažká organická zmena osobnosti a organický psychosyndróm stredne ťažkého stupňa. Po úraze v 11/2015 bol hospitalizovaný na traumatologickom oddelení, kde operačne riešená zlomenina krčka ramennej kosti pravej hornej končatiny a taktiež operačne riešený stav po zlomenine krčka stehennej kosti pravej dolnej končatiny. Pre delirantný stav bol preložený na psychiatrické oddelenie. Rozhodujúcim ochorením pre určenie miery poklesu schopnosti vykonávať zárobkovú činnosť je naďalej spastická paraparéza dolných končatín stredne ťažkého stupňa, pri ktorej je miera poklesu schopnosti vykonávať zárobkovú činnosť 45 %. Túto zvyšujú o 10 % ostatné ochorenia uvedené pod chorobou v lekárskej správe. Celková miera poklesu schopnosti vykonávať zárobkovú činnosť je 55 %. Menovaný vo svojom opravnom prostriedku uvádza, že má paraplégiu dolných končatín a žiada zaradiť ochorenie podľa prílohy č. 4 k zákonu č. 461/2003 Z. z. o sociálnom poistení do kapitoly VI, oddiel B, položky 7, písm. c/ s mierou poklesu schopnosti vykonávať zárobkovú činnosť 75 %. Posudková lekárka k uvedenému uvádza, že posledné neurologické vyšetrenie z 7.3.2016 svedčí pre stredne ťažkú spastickú zmiešanú paraparézu dolných končatín vrátane spolupodielu periférnej zložky i myelopatie, preto stav nemožno hodnotiť ako paraplégiu s mierou poklesu schopnosti vykonávať zárobkovú činnosť 75 %. Posudková lekárka v pracovnej rekomandácii uviedla, že môže vykonávať právu len v prostredí bez nadmernej fyzickej námahy, dlhodobej chôdze a státia, nosenia dvíhania ťažkých bremien, nadmernej záťaže DK, bez chladu, práce na doma sedavého charakteru.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Súd posúdil posudky posudkových lekárov v zmysle kritérií stanovených zákonom a dospel k záveru, že predložené posudky nespĺňajú tieto kritéria, nezhodnotili objektívne zdravotný stav navrhovateľa a preto nemôžu byť podkladom pre zhodnotenie miery poklesu schopnosti vykonávať zárobkovú činnosť. Súd pri posúdení posudkov posudkových lekárov zistil, že tieto sú v rozpore s odbornými lekárskymi nálezmi. Posudkoví lekári ako rozhodujúce zdravotné postihnutie u navrhovateľa určili poškodenie miechy, stredne ťažkú paraparézu dolných končatín s 45 % percentuálnej miery /hranica rozpätia kapitoly VI, oddiel B, položka 7, písm. b/ 35 % - 50 %/ s odvolaním sa na posledné neurologické vyšetrenie zo dňa 07.03.2016. Súd z tohto nálezu zistil, že navrhovateľ trpí na nasledujúce diagnózy: M. kompresia nervových koreňov a spletí pri iných dorzopatiách (A., A., A., A., A.), M. paraparéza a paraplégia, bližšie neurčená. Súd z nálezu reumatológa zo dňa 29.09.2015 zistil, že trpí na nasledujúce diagnózy: osteoartróza prim. generalizovaná, hyperurikémia, quadrupareza zmieš. typu, encephalomyeloradikulopatia zmieš. genézy. Súd z nálezu psychiatra zo dňa 02.11.2015 zistil, že navrhovateľ trpí na nasledujúce diagnózy:F06.9 organická porucha ako následok poruchy mozgu, F06.2 organická bludová porucha v anamnéze, F06.2. organická afektívna depresívna porucha ťažká, stav po polytraume v roku s kvantitatívnou poruchou vedomia, pracovný potenciál je nulový. Zákon o sociálnom poistení v kapitole V, položka 3, písm. b/ prílohy č. 4 len pre jednu diagnóz navrhovateľa depresívnu poruchu ťažkú uvádza rozpätie od 50 do 80 % miery poklesu schopnosti vykonávať zárobkovú činnosť. Posudkoví lekári psychiatrické ochorenia (3) u navrhovateľa hodnotili len ako pridružené s 10 % navýšením, ale paraparézu s rozpätím od 35 - 50 % hodnotili ako rozhodujúce zdravotné postihnutie. Súd porovnaním odborných nálezov so závermi posudkových lekárov prišiel k záveru, že posudkoví lekári interpretovali odborné nálezy inak bez toho, aby uviedli iný odborný nález na podporu svojho tvrdenia. Z vykonaného dokazovania súd mal preukázané, že v danej veci neprebehlo konanie v zmysle § 195 a nasl. zákona č. 461/2003 Z. z. o sociálnom poistení, zdravotný stav navrhovateľa nebol posúdený objektívne, komplexne a presvedčivo v zmysle § 71 zákona č. 461/2003 Z. z. o sociálnom poistení. Na základe takto vykonaného posúdenia zákonnosti súd napadnuté rozhodnutie zrušil podľa § 250l ods. 2 a § 250j ods. 2 písm. c/, d/ OSP, vec vrátil na ďalšie konanie, v ktorom odporkyňa zabezpečí opätovné posúdenie zdravotného stavu navrhovateľa vrátane určenia rozhodujúceho zdravotného postihnutia v zmysle záverov tohto rozhodnutia a § 71 ods. 6 a 8 zsp a vo veci rozhodne a rozhodnutie riadne odôvodní. Súd náhradu trov konania posúdil podľa § 250l ods. 2 v spojitosti s § 250k ods. 1 OSP, navrhovateľ v konaní bol úspešný, ale náhradu trov konania si neuplatnil a preto mu súd nepriznal náhradu trov konania. Poučenie: Proti tomuto rozsudku nie je prípustné odvolanie .</w:t>
      </w:r>
    </w:p>
    <w:p/>
    <w:p>
      <w:r>
        <w:t>Zdroj: KAUZIS.SK – https://www.kauzis.sk/judikatura/r/ECLI:SK:KSBB:2016:6015201260.1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