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Banská Bystrica sp. zn. 23S/160/2015 z 4. 4. 2016</w:t>
      </w:r>
    </w:p>
    <w:p>
      <w:r>
        <w:t>Uznesenie Krajského súdu Banská Bystrica z 4. apríla 2016, sp. zn. 23S/160/2015, ECLI:SK:KSBB:2016:6015201278.4</w:t>
      </w:r>
    </w:p>
    <w:p>
      <w:r>
        <w:t>Súd: Krajský súd Banská Bystrica</w:t>
      </w:r>
    </w:p>
    <w:p>
      <w:r>
        <w:t>Spisová značka: 23S/160/2015</w:t>
      </w:r>
    </w:p>
    <w:p>
      <w:r>
        <w:t>ECLI: ECLI:SK:KSBB:2016:6015201278.4</w:t>
      </w:r>
    </w:p>
    <w:p>
      <w:r>
        <w:t>Dátum vydania: 4. 4.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Banská Bystrica Spisová značka: 23S/160/2015 Identifikačné číslo súdneho spisu: 6015201278 Dátum vydania rozhodnutia: 05. 04. 2016 Meno a priezvisko sudcu, VSÚ: JUDr. Drahomíra Mikulajová ECLI: ECLI:SK:KSBB:2016:6015201278.4 Uznesenie Krajský súd v Banskej Bystrici v právnej veci žalobcu: V.. V. V., nar. XX.XX.XXXX, bytom B. 1, XXX XX D., právne zastúpený: JUDr. Jozef Švarc, advokát, so sídlom Horná ul. č. 41, 974 01 Banská Bystrica proti žalovanému: Prezídium Komory veterinárnych lekárov SR, Botanická 17, 841 04 Bratislava, právne zastúpený: Erben &amp; Erben, advokátska kancelária, s.r.o., so sídlom Námestie SNP 22, 811 01 Bratislava, o preskúmanie zákonnosti rozhodnutia č. 7/2009 zo dňa 05.08.2015, takto r o z h o d o l : Súd z r u š u j e uznesenie Krajského súdu v Banskej Bystrici č. k. 23S/160/2015-26 zo dňa 07. marca 2016, ktorým bolo zastavené konanie pre nezaplatenie súdneho poplatku. o d ô v o d n e n i e : Žalobcovi v súvislosti s podaním žaloby vznikla v zmysle § 5 ods. 1 písm. a) zákona č. 71/1992 Zb. o súdnych poplatkoch a poplatku za výpis z registra trestov (ďalej v texte zákona o súdnych poplatkoch alebo zákona č. 71/1992 Zb.) poplatková povinnosť, ktorú si žalobca v predmetnom konaní pri podaní žaloby nesplnil, keď nezaplatil splatný súdny poplatok (§ 8 ods. 1 zákona o súdnych poplatkoch). Krajský súd v Banskej Bystrici uznesením č. k. 23S/160/2015-26 zo dňa 07.03.2016 rozhodol tak, že konanie pre nezaplatenie súdneho poplatku za podanú žalobu zastavil. Zároveň rozhodol, že žiaden z účastníkov nemá právo na náhradu trov konania. Proti predmetnému uzneseniu podal žalobca v zákonnej lehote odvolanie, pričom zároveň zaplatil súdny poplatok. Podľa § 10 ods. 3 zákona č. 71/1992 Zb. o súdnych poplatkoch a poplatkoch za výpis z registra trestov v znení neskorších zmien a doplnkov, prvostupňový súd zruší uznesenie o zastavení konania pre nezaplatenie súdneho poplatku, ak poplatník zaplatí súdny poplatok do konca lehoty na podanie odvolania. Prvostupňový súd zruší uznesenie o zastavení konania pre nezaplatenie súdneho poplatku aj vtedy, ak bolo konanie prerušené podľa osobitného predpisu a správca v ňom pokračuje namiesto poplatníka. Vzhľadom na vyššie uvedenú skutočnosť, s poukazom na citované zákonné ustanovenie, súd rozhodol tak, ako je uvedené vo výrokovej časti tohto uznesenia. Toto rozhodnutie prijal senát krajského súdu jednohlasne, t. j. pomerom hlasov 3:0 (§ 3 ods. 9 zákona č. 757/2004 Z.z. o súdoch a o zmene a doplnení niektorých zákonov v znení účinnom od 1. mája 2011). Toto rozhodnutie prijal senát krajského súdu jednohlasne, t. j. pomerom hlasov 3:0 (§ 3 ods. 9 zákona č. 757/2004 Z.z. o súdoch a o zmene a doplnení niektorých zákonov v znení účinnom od 1. mája 2011). Poučenie: Proti tomuto uzneseniu odvolanie nie je prípustné.</w:t>
      </w:r>
    </w:p>
    <w:p/>
    <w:p>
      <w:r>
        <w:t>Zdroj: KAUZIS.SK – https://www.kauzis.sk/judikatura/r/ECLI:SK:KSBB:2016:6015201278.4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