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20Sd/301/2015 z 10. 4. 2016</w:t>
      </w:r>
    </w:p>
    <w:p>
      <w:r>
        <w:t>Uznesenie Krajského súdu Banská Bystrica z 10. apríla 2016, sp. zn. 20Sd/301/2015, ECLI:SK:KSBB:2016:6015201295.1</w:t>
      </w:r>
    </w:p>
    <w:p>
      <w:r>
        <w:t>Súd: Krajský súd Banská Bystrica</w:t>
      </w:r>
    </w:p>
    <w:p>
      <w:r>
        <w:t>Spisová značka: 20Sd/301/2015</w:t>
      </w:r>
    </w:p>
    <w:p>
      <w:r>
        <w:t>ECLI: ECLI:SK:KSBB:2016:6015201295.1</w:t>
      </w:r>
    </w:p>
    <w:p>
      <w:r>
        <w:t>Dátum vydania: 10.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20Sd/301/2015 Identifikačné číslo súdneho spisu: 6015201295 Dátum vydania rozhodnutia: 11. 04. 2016 Meno a priezvisko sudcu, VSÚ: JUDr. Jarmila Badíková ECLI: ECLI:SK:KSBB:2016:6015201295.1 Uznesenie Krajský súd v Banskej Bystrici, v právnej veci navrhovateľa R. H., nar. XX.XX.XXXX, bytom P. XXX/ XX, XXX XX J., proti odporkyni Sociálna poisťovňa, ústredie, Ul. 29. augusta 8, 813 63 Bratislava, o preskúmanie rozhodnutia o starobnom dôchodku č. XXX XXX XXXX X zo dňa 19. júna 2015, takto r o z h o d o l : Konanie vo veci rozhodnutia odporkyne číslo č. XXX XXX XXXX X zo dňa 19. júna 2015 zastavuje. Navrhovateľovi náhradu trov konania nepriznáva. o d ô v o d n e n i e : Odporkyňa rozhodnutím č. XXX XXX XXXX X zo dňa 19. júna 2015 zamietla žiadosť navrhovateľa o zvýšenie invalidného dôchodku. Proti uvedenému rozhodnutiu odporkyne podal navrhovateľ v zákonnej lehote opravný prostriedok. Odporkyňa následne rozhodnutím č. XXX XXX XXXX X - A.. zo dňa 03. novembra 2015 zrušila svoje predošlé rozhodnutie a rozhodnutím č. XXX XXX XXXX X - A.. zo dňa 10. novembra 2015 zvýšila navrhovateľovi invalidný dôchodok od 29. júla 2015 na 504,20 Eur mesačne.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navrhovateľom, súd v súlade s citovanými ustanoveniami OSP konanie zastavil. O náhrade trov konania súd rozhodol podľa § 250k ods.1 v spojitosti s § 250l ods.2 OSP. Navrhovateľ bol v konaní úspešný ale náhradu trov konania si neuplatnil, a preto mu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https://www.kauzis.sk/judikatura/r/ECLI:SK:KSBB:2016:6015201295.1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