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24S/181/2015 z 17. 5. 2016</w:t>
      </w:r>
    </w:p>
    <w:p>
      <w:r>
        <w:t>Opravné uznesenie Krajského súdu Banská Bystrica z 17. mája 2016, sp. zn. 24S/181/2015, ECLI:SK:KSBB:2016:6015201309.2</w:t>
      </w:r>
    </w:p>
    <w:p>
      <w:r>
        <w:t>Súd: Krajský súd Banská Bystrica</w:t>
      </w:r>
    </w:p>
    <w:p>
      <w:r>
        <w:t>Spisová značka: 24S/181/2015</w:t>
      </w:r>
    </w:p>
    <w:p>
      <w:r>
        <w:t>ECLI: ECLI:SK:KSBB:2016:6015201309.2</w:t>
      </w:r>
    </w:p>
    <w:p>
      <w:r>
        <w:t>Dátum vydania: 17. 5.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24S/181/2015 Identifikačné číslo súdneho spisu: 6015201309 Dátum vydania rozhodnutia: 18. 05. 2016 Meno a priezvisko sudcu, VSÚ: JUDr. Alena Antalová ECLI: ECLI:SK:KSBB:2016:6015201309.2 Opravné uznesenie Krajský súd v Banskej Bystrici v právnej veci žalobcu: F.. F.. Q. V., nar. XX. H. XXXX, bytom R. Q. XXX, XXX XX I., zast. JUDr. Ivom Osvaldom, advokátom so sídlom AK Trhová 1, 960 01 Zvolen, proti žalovanému: Okresné riaditeľstvo PZ v Žiari nad Hronom, M. Chrásteka 123, 965 01 Žiar nad Hronom, o preskúmanie zákonnosti rozhodnutia a postupu žalovaného č. ORPZ-ZH-VO-8-005/2015-PK zo dňa 26. augusta 2015, o oprave Rozsudku Krajského súdu v Banskej Bystrici č.k. 24S/181/2015-64 zo dňa 24. marca 2016 takto r o z h o d o l : Súd o p r a v u j e zrejmú nesprávnosť v predposlednom odseku odôvodnenia Rozsudku Krajského súdu v Banskej Bystrici č.k. 24S/181/2015-64 zo dňa 24. marca 2016 tak, že správne má byť uvedené: „Výška uplatnených trov právneho zastúpenia neprevyšuje zákonom stanovenú výšku náhrad, a preto súd žalovaného zaviazal k náhrade trov konania v celkovej výške 546,62 Eur (448,02 Eur + 28,60 Eur + 70 Eur).“ o d ô v o d n e n i e : Žalobca sa žalobou doručenou Krajskému súdu v Banskej Bystrici dňa 21. októbra 2015 domáhal preskúmania zákonnosti rozhodnutia a postupu žalovaného Okresného riaditeľstva PZ v Žiari nad Hronom, M. Chrásteka 123, 965 01 Žiar nad Hronom č. ORPZ-ZH-VO-8-005/2015-PK zo dňa 26. augusta 2015, ktorým žalovaný zamietol odvolanie žalobcu a potvrdil rozhodnutie riaditeľa odboru poriadkovej polície Okresného riaditeľstva PZ v Žiari nad Hronom, ktorý disciplinárnym rozkazom č. 7 zo dňa 05. augusta 2015 uložil podľa § 53 ods. 1 písm. b) zákona č. 73/1998 Z.z. o štátnej službe príslušníkov Policajného zboru, Slovenskej informačnej služby, Zboru väzenskej a justičnej stráže Slovenskej republiky a Železničnej polície žalobcovi disciplinárne opatrenie, a to zníženie služobného platu o 10% na dobu troch mesiacov za disciplinárne previnenie podľa § 52 ods. 1 zákona č. 73/1998 Z.z. v znení neskorších predpisov. Krajský súd v Banskej Bystrici rozsudkom č.k. 24S/181/2015-64 zo dňa 24. marca 2016 rozhodnutie žalovaného č. ORPZ-ZH-VO-8-005/2015-PK zo dňa 26. augusta 2015 podľa § 250j ods. 2 písm. d) O.s.p. zrušil a vec vrátil žalovanému na ďalšie konanie. Žalovaného zároveň zaviazal povinnosťou nahradiť žalobcovi trovy konania v celkovej výške 546,62 Eur, spočívajúcich v trovách právneho zastúpenia vo výške 476,62 Eur a iných trovách konania vo výške 70 Eur, do troch dní od právoplatnosti tohto rozhodnutia na účet právneho zástupcu žalobcu. Podľa § 246c ods. 1 prvá veta Občianskeho súdneho poriadku (ďalej len „O.s.p.“) pre riešenie otázok, ktoré nie sú priamo upravené v tejto časti, sa použijú primerane ustanovenia prvej, tretej a štvrtej časti tohto zákona.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zistil, že v predposlednom odseku odôvodnenia Rozsudku Krajského súdu v Banskej Bystrici č.k. 24S/181/2015-64 zo dňa 24. marca 2016 došlo pri písomnom vyhotovení rozsudku k zrejmej nesprávnosti, resp. k chybe v písaní, keď je v ňom uvedené, že „Výška uplatnených trov právneho zastúpenia neprevyšuje zákonom stanovenú výšku náhrad, a preto súd žalovaného zaviazal k náhrade trov konania v celkovej výške 859,51 Eur (448,02 Eur + 28,60 Eur + 70 Eur).“ Správne má byť v predposlednom odseku odôvodnenia uvedené „Výška uplatnených trov právneho zastúpenia neprevyšuje zákonom stanovenú výšku náhrad, a preto súd žalovaného zaviazal k náhrade trov konania v celkovej výške 546,62 Eur (448,02 Eur + 28,60 Eur + 70 Eur).“ Na základe uvedených skutočností bola preto podľa § 164 O.s.p. vykonaná oprava odôvodnenia predposledného odseku Rozsudku Krajského súdu v Banskej Bystrici č.k. 24S/181/2015-64 zo dňa 24. marca 2016 týmto opravným uznesením tak, ako je uvedené vo výroku tohto opravného uznesenia. Poučenie: Proti tomuto rozhodnutiu je možné podať odvolanie do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nesprávne a čoho sa odvolateľ domáha.</w:t>
      </w:r>
    </w:p>
    <w:p/>
    <w:p>
      <w:r>
        <w:t>Zdroj: KAUZIS.SK – https://www.kauzis.sk/judikatura/r/ECLI:SK:KSBB:2016:6015201309.2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