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20Sd/309/2015 z 3. 5. 2016</w:t>
      </w:r>
    </w:p>
    <w:p>
      <w:r>
        <w:t>Rozsudok Krajského súdu Banská Bystrica z 3. mája 2016, sp. zn. 20Sd/309/2015, ECLI:SK:KSBB:2016:6015201328.1</w:t>
      </w:r>
    </w:p>
    <w:p>
      <w:r>
        <w:t>Súd: Krajský súd Banská Bystrica</w:t>
      </w:r>
    </w:p>
    <w:p>
      <w:r>
        <w:t>Spisová značka: 20Sd/309/2015</w:t>
      </w:r>
    </w:p>
    <w:p>
      <w:r>
        <w:t>ECLI: ECLI:SK:KSBB:2016:6015201328.1</w:t>
      </w:r>
    </w:p>
    <w:p>
      <w:r>
        <w:t>Dátum vydania: 3. 5. 2016</w:t>
      </w:r>
    </w:p>
    <w:p>
      <w:r>
        <w:t>Forma: Rozsudok</w:t>
      </w:r>
    </w:p>
    <w:p>
      <w:r>
        <w:t>Oblasť práva: Správne právo</w:t>
      </w:r>
    </w:p>
    <w:p>
      <w:pPr>
        <w:pStyle w:val="Heading2"/>
      </w:pPr>
      <w:r>
        <w:t>Text rozhodnutia</w:t>
      </w:r>
    </w:p>
    <w:p>
      <w:r>
        <w:t>Súd: Krajský súd Banská Bystrica Spisová značka: 20Sd/309/2015 Identifikačné číslo súdneho spisu: 6015201328 Dátum vydania rozhodnutia: 04. 05. 2016 Meno a priezvisko sudcu, VSÚ: JUDr. Jarmila Badíková ECLI: ECLI:SK:KSBB:2016:6015201328.1 ROZSUDOK V MENE SLOVENSKEJ REPUBLIKY Krajský súd v Banskej Bystrici v konaní sudkyňou JUDr. Jarmilou Badíkovou v právnej veci navrhovateľky: S. P., nar. XX. A. XXXX, bytom C. č. XX, XXX XX Q., proti odporkyni: Sociálna poisťovňa, ul. 29. augusta č. 8, 813 63 Bratislava, o preskúmanie rozhodnutia o zamietnutí invalidného dôchodku takto r o z h o d o l : Rozhodnutie odporkyne č. XXX XXX XXXX X zo dňa 29. mája 2015 p o t v r d z u j e. Navrhovateľke nepriznáva právo na náhradu trov konania. o d ô v o d n e n i e : Odporkyňa rozhodnutím č. XXX XXX XXXX X zo 29.05.2015 zamietla žiadosť navrhovateľky o priznanie invalidného dôchodku s odôvodnením, že nie je invalidná podľa § 70 a § 71 ods. 1 zákona č. 461/2003 Z. z. o sociálnom poistení /zsp/, pretože podľa posudku posudkového lekára SP pobočka Lučenec zo dňa 14.05.2015 nemá pre dlhodobo nepriaznivý zdravotný stav pokles schopnosti vykonávať zárobkovú činnosť o viac ako 40 % v porovnaní so zdravou fyzickou osobou. Posudkový lekár stanovil mieru poklesu schopnosti vykonávať zárobkovú činnosť u navrhovateľky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Posudkový lekár SP pobočky spísal s navrhovateľkou zápisnicu o ústnom pojednávaní v súlade s § 189 zákona č. 461/2003 Z. z. o sociálnom poistení a navrhovateľka bola informovaná o všetkých skutočnostiach, ktoré sa týkajú posúdenia zdravotného stavu, posudku a miery poklesu schopnosti vykonávať zárobkovú činnosť. Posudkový lekár vyhotovil aj odborný posudok o invalidite. Navrhovateľka podala proti tomuto rozhodnutiu v zákonom stanovenej lehote návrh na preskúmanie s odvolaním sa na svoj zlý zdravotný stav . Odporkyňa podala vo veci písomné stanovisko zo dňa 29.10.2015, v ktorom uviedla právne a skutkové dôvody, pre ktoré žiadala napadnuté rozhodnutie potvrdiť ako vecne správne. Krajský súd preskúmal napadnuté rozhodnutie ako aj postup, ktorý predchádzal jeho vydaniu na pojednávaní dňa 04.05.2016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opravnom prostriedku. Odporkyňa na pojednávaní sa plne pridržiavala písomného stanoviska SP zo dňa 29.10.2015, v ktorom je uvedené, že na základe podaného opravného prostriedku bol zdravotný stav navrhovateľky opätovne posúdený posudkovým lekárom na pobočke ako aj na ústredí a posudkoví lekári zotrvali na pôvodnom stanovisku, že nie je invalidná, lebo má 30 % mieru poklesu pracovnej schopnosti. Vzhľadom na uvedené právne a skutkové dôvody žiadala, aby krajský súd napadnuté rozhodnutie č. XXX XXX XXXX X zo dňa 29.5.2015 ako vecne správne potvrdil.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posudkovou lekárkou SP-ú so sídlom v Banskej Bystrici v posudku zo dňa 20.10.2015 so záverom, že navrhovateľka nie je invalidná lebo má mieru poklesu schopnosti vykonávať zárobkovú činnosť 30 %. Posudková lekárka ako rozhodujúce zdravotné postihnutie uviedla kapitola XV- choroby podporného a pohybového aparátu, oddiel E - dorzopatia, deformujúca dorzopatia a spondylopatia, položka 3 - degeneratívne zmeny na chrbtici a medzistavcových platničkách, písm. b/ - s miernym funkčným postihnutím s prejavmi nervového a svalového dráždenia, slabosť svalového korzetu, obmedzenie pohybu v postihnutom úseku a ako ďalšie choroby: dorzalgia, chronická pyelonefritída, hypotyreóza, zmiešaná anxiózne depresívna porucha. Posudková lekárka v celkovom posudku uviedla, že u navrhovateľky sa v posledných rokoch zvýraznili bolesti chrbtice, preto sa opakovane podrobila neurologickému vyšetreniu, klinické vyšetrenie je podložené zobrazovacími vyšetreniami, ktoré preukazujú degeneratívne zmeny, ale bez významnejšieho útlaku okolitých štruktúr. Preukázané je mierne funkčné postihnutie s opakovanými prejavmi nervového a svalového dráždenia s ústupom po liečbe, bez výraznejšieho obmedzenia pohybu v postihnutom úseku, čomu zodpovedá stanovená miera poklesu schopnosti vykonávať zárobkovú činnosť. Pridružené ochorenia svojim charakterom, dĺžkou liečby a štádiovitosti nemajú vplyv na jej schopnosť vykonávať zárobkovú činnosť - v anamnéze uvádzané opakované infekcie dýchacích ciest pri hraničnom deficite NK buniek s pravidelnými kontrolami a medikáciou, stav po operácii štítnej žľazy je kontrolovaný na substitučnej liečbe na endokrinolog. amb. vykonané gastroenterolog. vyš. aktuálne nepreukázalo patolog. zmeny, ktoré by sa podieľali na zažívacích ťažkostiach, v minulosti prekonaný akútny zápal obličiek nezanechal zmeny, ktoré by ovplyvnili poruchu funkcie, v psychiatrickej amb. liečbe je od 04/2015 pre zmiešanú úzkostne depresívnu poruchu bez psychot. prejavov, toto ochorenie nespĺňa kritériá dlhodobo nepriaznivého zdravotného stavu.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https://www.kauzis.sk/judikatura/r/ECLI:SK:KSBB:2016:6015201328.1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