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20Sd/313/2015 z 18. 1. 2016</w:t>
      </w:r>
    </w:p>
    <w:p>
      <w:r>
        <w:t>Uznesenie Krajského súdu Banská Bystrica z 18. januára 2016, sp. zn. 20Sd/313/2015, ECLI:SK:KSBB:2016:6015201335.1</w:t>
      </w:r>
    </w:p>
    <w:p>
      <w:r>
        <w:t>Súd: Krajský súd Banská Bystrica</w:t>
      </w:r>
    </w:p>
    <w:p>
      <w:r>
        <w:t>Spisová značka: 20Sd/313/2015</w:t>
      </w:r>
    </w:p>
    <w:p>
      <w:r>
        <w:t>ECLI: ECLI:SK:KSBB:2016:6015201335.1</w:t>
      </w:r>
    </w:p>
    <w:p>
      <w:r>
        <w:t>Dátum vydania: 18.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20Sd/313/2015 Identifikačné číslo súdneho spisu: 6015201335 Dátum vydania rozhodnutia: 19. 01. 2016 Meno a priezvisko sudcu, VSÚ: JUDr. Jarmila Badíková ECLI: ECLI:SK:KSBB:2016:6015201335.1</w:t>
      </w:r>
    </w:p>
    <w:p>
      <w:r>
        <w:t>Uznesenie Krajský súd v Banskej Bystrici, v právnej veci navrhovateľky C. N., nar. XX.XX.XXXX, bytom F. XXXX/ XXX, XXX XX R. R., proti odporkyni Sociálna poisťovňa, ústredie, ul. 29 augusta 8, 813 63 Bratislava, o preskúmanie rozhodnutia o invalidnom dôchodku č. XXX XXX XXXX X zo dňa 25.06.2015, takto</w:t>
      </w:r>
    </w:p>
    <w:p>
      <w:r>
        <w:t>r o z h o d o l :</w:t>
      </w:r>
    </w:p>
    <w:p>
      <w:r>
        <w:t>Konanie vo veci rozhodnutia odporkyne číslo č. XXX XXX XXXX X zo dňa 25.06.2015 zastavuje.</w:t>
      </w:r>
    </w:p>
    <w:p>
      <w:r>
        <w:t>Navrhovateľke náhradu trov konania nepriznáva.</w:t>
      </w:r>
    </w:p>
    <w:p>
      <w:r>
        <w:t>o d ô v o d n e n i e :</w:t>
      </w:r>
    </w:p>
    <w:p>
      <w:r>
        <w:t>Odporkyňa rozhodnutím č. XXX XXX XXXX X zo dňa 25.06.2015 zamietla žiadosť navrhovateľky o invalidný dôchodok zo dňa 16.06.2015</w:t>
      </w:r>
    </w:p>
    <w:p>
      <w:r>
        <w:t>Proti uvedenému rozhodnutiu odporkyne podala navrhovateľka v zákonnej lehote opravný prostriedok.</w:t>
      </w:r>
    </w:p>
    <w:p>
      <w:r>
        <w:t>Odporkyňa v rámci autoremedúry rozhodnutím č. XXX XXX XXXX X - B.. zo dňa 06.11.2015 priznala navrhovateľke invalidný dôchodok v sume 152,10 Eur mesačne a rozhodnutím č. XXX XXX XXXX X - B.. zo dňa 06.11.2015 zrušila svoje predošlé rozhodnutie, ktorým žiadosť o invalidný dôchodok zamietla.</w:t>
      </w:r>
    </w:p>
    <w:p>
      <w:r>
        <w:t>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</w:t>
      </w:r>
    </w:p>
    <w:p>
      <w:r>
        <w:t>Vzhľadom na to, že odporkyňa v danom prípade novým rozhodnutím vyhovela opravnému prostriedku podanému navrhovateľkou, súd v súlade s citovanými ustanoveniami OSP konanie zastavil.</w:t>
      </w:r>
    </w:p>
    <w:p>
      <w:r>
        <w:t>O náhrade trov konania súd rozhodol podľa § 250k ods.1 v spojitosti s § 250l ods.2 OSP. Navrhovateľka bola v konaní úspešná ale náhradu trov konania si neuplatnila, a preto jej súd ich náhradu nepriznal.</w:t>
      </w:r>
    </w:p>
    <w:p>
      <w:r>
        <w:t>Poučenie:</w:t>
      </w:r>
    </w:p>
    <w:p>
      <w:r>
        <w:t>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</w:t>
      </w:r>
    </w:p>
    <w:p>
      <w:r>
        <w:t>odvolateľ domáha.</w:t>
      </w:r>
    </w:p>
    <w:p/>
    <w:p>
      <w:r>
        <w:t>Zdroj: KAUZIS.SK – https://www.kauzis.sk/judikatura/r/ECLI:SK:KSBB:2016:6015201335.1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