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20Sd/337/2015 z 7. 6. 2016</w:t>
      </w:r>
    </w:p>
    <w:p>
      <w:r>
        <w:t>Rozsudok Krajského súdu Banská Bystrica z 7. júna 2016, sp. zn. 20Sd/337/2015, ECLI:SK:KSBB:2016:6015201415.1</w:t>
      </w:r>
    </w:p>
    <w:p>
      <w:r>
        <w:t>Súd: Krajský súd Banská Bystrica</w:t>
      </w:r>
    </w:p>
    <w:p>
      <w:r>
        <w:t>Spisová značka: 20Sd/337/2015</w:t>
      </w:r>
    </w:p>
    <w:p>
      <w:r>
        <w:t>ECLI: ECLI:SK:KSBB:2016:6015201415.1</w:t>
      </w:r>
    </w:p>
    <w:p>
      <w:r>
        <w:t>Dátum vydania: 7. 6. 2016</w:t>
      </w:r>
    </w:p>
    <w:p>
      <w:r>
        <w:t>Forma: Rozsudok</w:t>
      </w:r>
    </w:p>
    <w:p>
      <w:r>
        <w:t>Oblasť práva: Správne právo</w:t>
      </w:r>
    </w:p>
    <w:p>
      <w:pPr>
        <w:pStyle w:val="Heading2"/>
      </w:pPr>
      <w:r>
        <w:t>Text rozhodnutia</w:t>
      </w:r>
    </w:p>
    <w:p>
      <w:r>
        <w:t>Súd: Krajský súd Banská Bystrica Spisová značka: 20Sd/337/2015 Identifikačné číslo súdneho spisu: 6015201415 Dátum vydania rozhodnutia: 08. 06. 2016 Meno a priezvisko sudcu, VSÚ: JUDr. Jarmila Badíková ECLI: ECLI:SK:KSBB:2016:6015201415.1 ROZSUDOK V MENE SLOVENSKEJ REPUBLIKY Krajský súd v Banskej Bystrici v konaní samosudkyňou JUDr. Jarmilou Badíkovou v právnej veci navrhovateľky: Y. O., nar. XX. X. XXXX, bytom L. XXX/XX, XXX XX Z., proti odporkyni: Sociálna poisťovňa, ústredie, ul. 29. augusta č. 8, 813 63 Bratislava, o preskúmanie rozhodnutia o invalidnom dôchodku takto r o z h o d o l : Rozhodnutie odporkyne č. XXX XXX XXXX X zo dňa 27. júla 2015 z r u š u j e podľa § 250l ods. 2, § 250j ods. 2 písm. c/, d/ O.s.p. a vec vracia odporkyni na ďalšie konanie. Navrhovateľke nepriznáva právo na náhradu trov konania. o d ô v o d n e n i e : Odporkyňa rozhodnutím č. XXX XXX XXXX X z 27.07.2015 zamietla žiadosť navrhovateľky o priznanie invalidného dôchodku s odôvodnením, že nie je invalidná podľa § 70 a § 71 zákon č. 461/2003 Z. z. o sociálnom poistení /ďalej len zsp/, pretože podľa posudku posudkového lekára SP pobočka Banská Bystrica z 01.07.2015 miera poklesu schopnosti vykonávať zárobkovú činnosť u navrhovateľky je 35 %. Navrhovateľka podala voči uvedenému rozhodnutiu opravný prostriedok s odvolaním sa na svoj zlý zdravotný stav a žiadala jeho prehodnotenie. Navrhovateľka predložila súdu lekárske nálezy ako dôkazy nepriaznivého zdravotného stavu. Odporkyňa v písomnom stanovisku zo dňa 06.11.2015 uviedla právne a skutkové dôvody, pre ktoré žiadala napadnuté rozhodnutie potvrdiť ako vecne správne. Krajský súd preskúmal napadnuté rozhodnutie a postup odporkyne pred jeho vydaním na pojednávaní dňa 08.06.2016 v zmysle § 250l OSP, oboznámil sa s pripojenými listinnými dôkazmi, vypočul odporkyňu a navrhovateľku a dospel k záveru, že napadnuté rozhodnutie je potrebné zrušiť a vec vrátiť odporkyni na ďalšie konanie. Navrhovateľka na pojednávaní trvala na podanom opravnom prostriedku a uviedla, že ani teraz nevládze pracovať. Navrhovateľka zdôraznila, že má veľké problémy s chrbticou a predložila súdu kópie nálezov z MR a z neurochirurgického vyšetrenia. Odporkyňa na pojednávaní sa plne pridržiavala písomného stanoviska SP zo dňa 6.11.2015, v ktorom je uvedené, že na základe opravného prostriedku navrhovateľky, bol opätovne posúdený jej zdravotný stav posudkovým lekárom na pobočke ako aj posudkovým lekárom ústredia, ktorí zhodne zotrvali na pôvodnom posudku, že navrhovateľka nie je invalidná, lebo má mieru poklesu schopnosti vykonávať zárobkovú činnosť 35 %. Vzhľadom na uvedené právne a skutkové dôvody žiadala krajský súd, aby napadnuté rozhodnutie ako vecne správne potvrdil.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Banskej Bystrici v posudku zo dňa 04.11.2015 so záverom, že nie je invalidná podľa § 71 ods. 1 zákona č. 461/2003 Z. z. o sociálnom poistení, lebo pre dlhodobo nepriaznivý zdravotný stav má pokles schopnosti vykonávať zárobkovú činnosť 35 % v porovnaní so zdravou fyzickou osobou. Posudkový lekár ako rozhodujúce zdravotné postihnutie uviedol choroby podporného a pohybového aparátu, dorzopatia, stavy po operácii chrbtice s často recidivujúcimi prejavmi nervového a svalového dráždenia, so slabosťou svalového korzetu chrbta, s podstatným obmedzením celkovej výkonnosti organizmu, kapitola XV, oddiel E, položka 4, písm. b/ a ako ďalšie choroby: poruchy krčných medzistavcových platničiek, stav po operácii krčnej chrbtice s náhradou medzistavcovej platničky C5-6, arteriálna hypertenzia WHO I. - II., atopický ekzém. V celkovom posudku posudkový lekár uviedol, že navrhovateľka je v liečbe neurológa pre bolesti krčnej chrbtice od r. 2005. Akútne zhoršenie bolestí v krčnej chrbtici je od 12/2013 a neurológ pri vyšetrení v 01/2014 popisuje kvadrusymptomatológiu s hyperreflexiou ľavostranných končatín. Urobené urgentné vyšetrenie krčnej chrbtice magnetickou rezonanciou, pri ktorej zistené masívne vyklenutá medzistavcová platnička C5-6 a pre podozrenie z útlaku miechy bola akútne operovaná. Dňa 3.1.2014 urobená operácia krčnej chrbtice s náhradou medzistavcovej platničky C5-6. Pri opakovanom kontrolnom vyšetrení neurológom a neurochirurgom je popisovaná porucha statiky a dynamiky krčnej chrbtice, avšak bez prejavov koreňového dráždenia. Neurológ v závere stav hodnotí ako vertebrogénny algický syndróm cervikálny s reziduálnym vertebrogénnym algickým syndrómom cervikotorakálnym. Miera poklesu schopnosti vykonávať zárobkovú činnosť pri uvedenom zdravotnom postihnutí je 35 %. Vysoký krvný tlak je pri liečbe dobre ovplyvnený, kompenzovaný nezvyšuje mieru poklesu schopnosti vykonávať zárobkovú činnosť. Týmto bol potvrdený posudok o posúdení zdravotného stavu navrhovateľky posudkovým lekárom SP pobočka Banská Bystrica,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citovaného ustanovenia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stanovili ako rozhodujúce zdravotné postihnutie ochorenie chrbtice podľa kapitoly XV, oddiel E, položka 4, písm. b/ na dolnej hranici. Súd z neurologických nálezov zisťuje, že navrhovateľka trpí na nasledujúce diagnózy: M50.1 poškodenie krčnej medzistavcovej platničky s radikulopatiou, M50.0 poškodenie krčnej medzistavcovej platničky s myelopatiou. C chrbtica - hrubá porucha dynamiky v dolnom úseku pretrváva, Th chrbtica - dynamika obmedzená v celom rozsahu, LS chrbtica - dynamika obmedzená stred. st., HK bez poruchy citl., autoderm. O, rr. sym., manevre na ľavé rameno pozit., DK autoder. S1 vpr., s akrálnou hypestézou, bez motor. def., Lassegue bilat, pozit. pri doťahovaní rr. sym. Vertebrogénny alg. sy polytopný chron. v popredí LIS S1 l.dx. Z hľadiska aptibility - pacientka je po operácii pre herniu disku C5/6 klinicky pretrváva lézia koreňa C6 vpravo, ako aj spastická paraparéza dolných končatín ľahkého stupňa, jedná sa o stav trvalý, nie je predpoklad zlepšenia klinického stavu, naopak je riziko zhoršenia stavu vzhľadom na aj prítomnú protrúziu disku C3/4, C7/Th1. Z uvedených nálezov vyplýva, že zdravotný stav navrhovateľky bol nesprávne posúdený na dolnej hranici príslušného rozpätia.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opätovne posúdi zdravotný stav navrhovateľky v zmysle záverov tohto rozhodnutia a § 71 ods. 6 a 8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https://www.kauzis.sk/judikatura/r/ECLI:SK:KSBB:2016:6015201415.1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