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20Sd/338/2015 z 7. 6. 2016</w:t>
      </w:r>
    </w:p>
    <w:p>
      <w:r>
        <w:t>Rozsudok Krajského súdu Banská Bystrica z 7. júna 2016, sp. zn. 20Sd/338/2015, ECLI:SK:KSBB:2016:6015201417.1</w:t>
      </w:r>
    </w:p>
    <w:p>
      <w:r>
        <w:t>Súd: Krajský súd Banská Bystrica</w:t>
      </w:r>
    </w:p>
    <w:p>
      <w:r>
        <w:t>Spisová značka: 20Sd/338/2015</w:t>
      </w:r>
    </w:p>
    <w:p>
      <w:r>
        <w:t>ECLI: ECLI:SK:KSBB:2016:6015201417.1</w:t>
      </w:r>
    </w:p>
    <w:p>
      <w:r>
        <w:t>Dátum vydania: 7.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20Sd/338/2015 Identifikačné číslo súdneho spisu: 6015201417 Dátum vydania rozhodnutia: 08. 06. 2016 Meno a priezvisko sudcu, VSÚ: JUDr. Jarmila Badíková ECLI: ECLI:SK:KSBB:2016:6015201417.1 ROZSUDOK V MENE SLOVENSKEJ REPUBLIKY Krajský súd v Banskej Bystrici v konaní samosudkyňou JUDr. Jarmilou Badíkovou v právnej veci navrhovateľa: P. G., nar. XX. T. XXXX, bytom J. XXX, XXX XX Q. K., proti odporkyni: Sociálna poisťovňa, ul. 29. augusta č.8 , 813 63 Bratislava, o preskúmanie rozhodnutia o invalidnom dôchodku takto r o z h o d o l : Rozhodnutie odporkyne č. XXX XXX XXXX X zo dňa 9. júla 2015 p o t v r d z u j e. Navrhovateľovi nepriznáva právo na náhradu trov konania. o d ô v o d n e n i e : Odporkyňa rozhodnutím č. XXX XXX XXXX X z 09.07.2015 podľa § 70 a § 82 zákona č. 461/2003 Z. z. o sociálnom poistení /ďalej len zsp/ priznala navrhovateľovi invalidný dôchodok od 08.06.2015 v sume 300,40 Eur mesačne. Odporkyňa v odôvodnení rozhodnutia uviedla, že na základe lekárskych správ posudkový lekár SP pobočka Žiar nad Hronom zo dňa 05.06.2015 má 60 % mieru poklesu schopnosti vykonávať zárobkovú činnosť. Navrhovateľ podal proti tomuto rozhodnutiu v zákonom stanovenej lehote návrh na preskúmanie s odvolaním sa na svoj zlý zdravotný stav a žiadal opätovné preskúmanie zdravotného stavu. Uviedol, že jeho zdravotný stav mu neumožňuje vykonávať akúkoľvek prácu . Odporkyňa vydala vo veci písomné stanovisko zo dňa 06.11.2015, v ktorom uviedla právne a skutkové dôvody, pre ktoré žiadala napadnuté rozhodnutie potvrdiť ako vecne správne. Krajský súd preskúmal napadnuté rozhodnutie aj postup, ktorý predchádzal jeho vydaniu na pojednávaní dňa 08.06.2016 v zmysle § 250l OSP, oboznámil sa s pripojenými listinnými dôkazmi, vypočul odporkyňu, vec preskúmal v neprítomnosti navrhovateľa a dospel k záveru, že opravnému prostriedku navrhovateľa nie je možné vyhovieť. Súd ospravedlnil neprítomnosť navrhovateľa na pojednávaní a pri rozhodovaní vo veci prihliadol na dôvody uvedené v podanom opravnom prostriedku. Odporkyňa na pojednávaní sa plne pridržiavala písomného stanoviska SP z 6,11,2015, v ktorom je uvedené, že na základe podaného opravného prostriedku posúdili zdravotný stav navrhovateľa posudkoví lekári na pobočke ako aj ústredí a zotrvali na pôvodnom posudku, že navrhovateľ je invalidný so 60 % mierou poklesu schopnosti vykonávať zárobkovú činnosť. Vzhľadom na uvedené právne a skutkové dôvody žiadala krajský súd, aby napadnuté rozhodnutie potvrdil ako vecne správne. Podľa § 71 ods. 1 zákona č. 461/2003 Z. z. o sociálnom poistení poistenec je invalidný, ak pre dlhodobo nepriaznivý zdravotný stav má pokles schopnosti vykonávať zárobkovú činnosť o viac ako 40 % v porovnaní so zdravou fyzickou osobou. Podľa ods. 2 cit. ust. dlhodobo nepriaznivý zdrav. stav je taký zdrav. stav, ktorý spôsobuje pokles schopnosti vykonávať zárobkovú činnosť a ktorý má podľa poznatkov lekárskej vedy trvať dlhšie ako jeden rok. Podľa ods. 6 cit. ust. miera poklesu schopnosti vykonávať zárobkovú činnosť v percentách sa určuje podľa druhu zdravotného postihnutia, ktoré je rozhodujúcou príčinou dlhodobo nepriaznivého zdravotného stavu, a so zreteľom na závažnosť ostatných zdravotných postihnutí. Podľa ods.7 cit. ust. jednotlivé percentuálne miery poklesu schopnosti vykonávať zárobkovú činnosť sa nesčítavajú. Percentuálna miera poklesu zárobkovej činnosti podľa druhu zdravotného poistenia orgánov a systémov je uvedená v prílohe č. 4 k zákona č. 461/2003 Z.z. Posúdenie dlhodobosti nepriaznivého zdravotného stavu a jeho následkov na pracovnú schopnosť občana vyžaduje odborné lekárske vedomosti a vo veciach sociálneho poistenia aj pre účely súdneho konania ju vykonávajú posudkoví lekári. Podľa ust. § 153 ods. 5 zákona č. 461/2003 Z. z. lekársku posudkovú činnosť dôchodkového poistenia vykonáva posudkový lekár sociálneho poistenia príslušnej pobočky a posudkový lekár sociálneho poistenia ústredia Sociálnej poisťovne. Na základe opravného prostriedku navrhovateľa a na základe kritérií určených zákonom č. 461/2003 Z. z. o sociálnom poistení posúdil zdravotný stav navrhovateľa opätovne posudková lekárka SP- ú v Banskej Bystrici v posudku zo dňa 04.11.2015 so záverom, že navrhovateľ je invalidný podľa zákona č. 461/2003 Z. z. o sociálnom poistení s mierou poklesu schopnosti vykonávať zárobkovú činnosť je 60 %. Posudková lekárka ako rozhodujúce zdravotné postihnutie uviedla choroby obehovej sústavy, srdcové choroby, stavy po srdcových operáciách, stavy po koronárnej angioplatike s poklesom výkonnosti pri stredne ťažkom zaťažení, kapitola IX, oddiel A, položka 8, písm. b/ a ako iné zdravotné postihnutie choroby obehovej sústavy, srdcové choroby, hypertenzia II. - ľahké orgánové zmeny, kapitola IX, oddiel A, položka 10, písm. b/ a ako iné choroby: iné pozákrokové poruchy obehovej sústavy, exenciálna hypertenzia, starý infarkt myokardu, aterosklerotická srdcovocievna choroby, stukovatenie pečene. Posudková lekárka v celkovom posudku uviedla, že navrhovateľ prekonal v r. 2012 infarkt srdca, pri ktorom bola akútne realizovaná koronarografia s implntáciou troch stentov. Pre pretrvávanie ťažkostí opakovane hospitalizovaný v stredoslovenskom ústave srdcovocievnych chorôb v r. 2014, kedy urobené rekoronarografické vyšetrenie s implantáciou ďalšieho stentu pre nestabilnú angínu pectoris s verifikovanou restenózou na vencovitej tepne RIA XX %. Stav po uvedenom zákroku zlepšený, bolesti za hrudnou kosťou hodnotil kardiológ ako nekardiálne súvisiace so zmenou polohy tela, skôr vertebrogénneho charakteru. Mal urobený v 03/2015 záťažový test, pri ktorom zvládol záťaž do III. stupňa, bez verifikácie ischemickej choroby srdca na EKG. Funkčne je ischemická choroba srdca kardiológom hodnotená ako NYHA II. a angína pectoris ako CCS II. Miera poklesu schopnosti vykonávať zárobkovú činnosť pri ischemickej chorobe srdca, stave po koronárnej angioplastike, funkčne NYHA II. je 50 %. Túto zvyšuje o 10 % vysoký krvný tlak s ľahkými orgánovými zmenami. Celková miera poklesu schopnosti vykonávať zárobkovú činnosť je 60 %. Posudková lekárka v pracovnej rekomandácii uviedla, že navrhovateľ môže vykonávať práce len v prostredí bez nadmernej fyzickej záťaže, bez nočných zmien a nadčasov s možnosťou dodržiavania pravidelnej životosprávy s vyššie uvedenými i časovými úľavami. Týmto posudkom boli potvrdené závery posudku posudkového lekára SP pobočka Žiar nad Hronom, ktorý bol podkladom pre vydanie napadnutého rozhodnutia. Podľa § 132 O.s.p. dôkazy súd hodnotí podľa svojej úvahy, a to každý dôkaz jednotlivo a všetky dôkazy v ich vzájomnej súvislosti; pritom starostlivo prihliada na všetko, čo vyšlo za konania najavo, včítane toho, čo uviedli účastníci. Krajský súd po preskúmaní napadnutého rozhodnutia zistil, že je vecne správne a spĺňa kritéria stanovené zákonom. Krajský súd posúdil aj posudky posudkových lekárov v zmysle cit. ust. a mal preukázané, že posudky boli vypracované po náležitom lekárskom vyšetrení, po zvážení všetkých okolností namietaných navrhovateľom a že závery posudkov vychádzajú zo súčasného zdravotného stavu navrhovateľa a z poznatkov súčasnej medicíny. Krajský súd porovnal závery posudkov so závermi odborných lekárov a zistil, že posudky sú objektívne, komplexné, presvedčivé a akceptoval ich závery . Súd porovnal posudky posudkových lekárov s odbornými nálezmi špecialistov a zistil, že tieto navzájom korelujú a zhodne konštatujú určený stupň invalidity. Pre komplexné posúdenie veci súd považuje za potrebné zdôrazniť, že posudkoví lekári pri posudzovaní zdravotného stavu postupujú okrem zákona č. 461/2003 Z. z. o sociálnom poistení, aj podľa prílohy č. 4 k tomuto zákonu, ktorá je rozdelená do príslušných kapitol podľa ochorení jednotlivých orgánov. V týchto kapitolách je podľa druhu zdravotného postihnutia uvedená aj miera poklesu schopnosti vykonávať zárobkovú činnosť v percentách. Posudkoví lekári v posudkoch podrobne zdôvodnili stanovenú mieru poklesu. V tejto súvislosti súd uvádza, že v zmysle zákona o sociálnom poistení sa miera poklesu posudzuje len na základe rozhodujúceho zdravotného postihnutia tzn. jednej diagnózy s prihliadnutím na závažnosť aj ostatných ochorení, ale jednotlivé percentuálne miery poklesu schopnosti vykonávať zárobkovú činnosť sa nesčítavajú. Vzhľadom na závery posudkov ohľadne zdravotného postihnutia navrhovateľa a na skutočnosť, že posudky podali orgány na to určené zákonom, súd dospel k záveru, že zistený skutkový stav u navrhovateľa spĺňa požiadavky pre priznanie invalidity určenej v napadnutom rozhodnutí a preto napadnuté rozhodnutie odporkyne potvrdil ako vecne správne. Navrhovateľ nepredložil súdu dôkazy, ktoré by spochybnili závery posudkových lekárov a správnosť napadnutého rozhodnutia. Súd ďalej uvádza, že v prípade zhoršenia zdravotného stavu navrhovateľa na základe nových lekárskych nálezov navrhovateľ môže požiadať príslušnú pobočku SP o opätovné posúdenie zdravotného stav za účelom zvýšenia miery poklesu schopnosti vykonávať zárobkovú činnosť. Súd tiež považuje za potrebné uviesť, že pri preskúmavaní napadnutého rozhodnutia z hľadiska jeho zákonnosti a vecnej správnosti je rozhodujúci zdravotný stav v čase vydania rozhodnutia v zmysle 250l ods. 2 a § 250i ods. 1 OSP. Súd náhradu trov konania posúdil podľa § 250l ods. 2 v spojitosti s § 250k ods. 1 OSP, navrhovateľ v konaní nemal úspech a preto mu súd nepriznal právo náhradu trov konania.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https://www.kauzis.sk/judikatura/r/ECLI:SK:KSBB:2016:6015201417.1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