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20Sd/339/2015 z 14. 3. 2016</w:t>
      </w:r>
    </w:p>
    <w:p>
      <w:r>
        <w:t>Uznesenie Krajského súdu Banská Bystrica z 14. marca 2016, sp. zn. 20Sd/339/2015, ECLI:SK:KSBB:2016:6015201419.1</w:t>
      </w:r>
    </w:p>
    <w:p>
      <w:r>
        <w:t>Súd: Krajský súd Banská Bystrica</w:t>
      </w:r>
    </w:p>
    <w:p>
      <w:r>
        <w:t>Spisová značka: 20Sd/339/2015</w:t>
      </w:r>
    </w:p>
    <w:p>
      <w:r>
        <w:t>ECLI: ECLI:SK:KSBB:2016:6015201419.1</w:t>
      </w:r>
    </w:p>
    <w:p>
      <w:r>
        <w:t>Dátum vydania: 14. 3.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20Sd/339/2015 Identifikačné číslo súdneho spisu: 6015201419 Dátum vydania rozhodnutia: 15. 03. 2016 Meno a priezvisko sudcu, VSÚ: JUDr. Jarmila Badíková ECLI: ECLI:SK:KSBB:2016:6015201419.1 Uznesenie Krajský súd v Banskej Bystrici, v právnej veci navrhovateľa T. W., nar. XX.XX.XXXX, bytom O. U. XX, XXX XX X. X. X, proti odporkyni Sociálna poisťovňa, ústredie, Ul. 29. augusta 8, 813 63 Bratislava, o preskúmanie rozhodnutia o zastavení výplaty vdoveckého dôchodku a o vyplácaní invalidného dôchodku č. XXX XXX XXXX X zo dňa 03. augusta 2015, takto r o z h o d o l : Konanie vo veci rozhodnutia odporkyne číslo XXX XXX XXXX X zo dňa 03. augusta 2015 zastavuje. Navrhovateľovi náhradu trov konania nepriznáva. o d ô v o d n e n i e : Odporkyňa rozhodnutím č. XXX XXX XXXX X zo dňa 03. augusta 2015 rozhodla, že od XX. U. XXXX navrhovateľovi pozastavuje výplatu vdoveckého dôchodku a od uvedeného dátumu mu bude vyplácať invalidný dôchodok v sume 158,40 Eur mesačne. Proti uvedenému rozhodnutiu odporkyne podal navrhovateľ v zákonnej lehote opravný prostriedok. Odporkyňa následne v rámci autoremedúry rozhodnutím č. XXX XXX XXXX X - N.. zo dňa 15. januára 2016 uvoľnila navrhovateľovi výplatu vdoveckého dôchodku od XX. U. XXXX v sume 230,40 Eur mesačne, rozhodnutím č. XXX XXX XXXX X -. N.. zo dňa 15. januára 2016 rozhodla, že navrhovateľovi bude vyplácaný invalidný dôchodok v sume 79-Eur mesačne a vdovský dôchodok v sume 230,40 Eur mesačne, spolu vo výške 309,40 Eur mesačne a rozhodnutím č. XXX XXX XXXX X - N.. zo dňa 15. januára 2016 rozhodla o valorizačnom zvýšení uvedených dôchodkov. 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 Vzhľadom na to, že odporkyňa v danom prípade novými rozhodnutiami vyhovela opravnému prostriedku podanému navrhovateľom, súd v súlade s citovanými ustanoveniami OSP konanie zastavil. O náhrade trov konania súd rozhodol podľa § 250k ods.1 v spojitosti s § 250l ods.2 OSP. Navrhovateľ bol v konaní úspešný ale náhradu trov konania si neuplatnil, a preto mu súd ich náhradu nepriznal. Poučenie: 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https://www.kauzis.sk/judikatura/r/ECLI:SK:KSBB:2016:6015201419.1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