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20Sd/340/2015 z 7. 6. 2016</w:t>
      </w:r>
    </w:p>
    <w:p>
      <w:r>
        <w:t>Rozsudok Krajského súdu Banská Bystrica z 7. júna 2016, sp. zn. 20Sd/340/2015, ECLI:SK:KSBB:2016:6015201425.1</w:t>
      </w:r>
    </w:p>
    <w:p>
      <w:r>
        <w:t>Súd: Krajský súd Banská Bystrica</w:t>
      </w:r>
    </w:p>
    <w:p>
      <w:r>
        <w:t>Spisová značka: 20Sd/340/2015</w:t>
      </w:r>
    </w:p>
    <w:p>
      <w:r>
        <w:t>ECLI: ECLI:SK:KSBB:2016:6015201425.1</w:t>
      </w:r>
    </w:p>
    <w:p>
      <w:r>
        <w:t>Dátum vydania: 7.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20Sd/340/2015 Identifikačné číslo súdneho spisu: 6015201425 Dátum vydania rozhodnutia: 08. 06. 2016 Meno a priezvisko sudcu, VSÚ: JUDr. Jarmila Badíková ECLI: ECLI:SK:KSBB:2016:6015201425.1 ROZSUDOK V MENE SLOVENSKEJ REPUBLIKY Krajský súd v Banskej Bystrici v konaní sudkyňou JUDr. Jarmilou Badíkovou v právnej veci navrhovateľa: W. I., nar. X. K. XXXX, bytom N. R. XXX, XXX XX D., proti odporkyni: Sociálna poisťovňa, ul. 29. augusta č. 8, 813 63 Bratislava, o preskúmanie rozhodnutia o zamietnutí invalidného dôchodku takto r o z h o d o l : Rozhodnutie odporkyne č. XXX XXX XXXX X zo dňa 9. októbra 2015 p o t v r d z u j e. Navrhovateľovi nepriznáva právo na náhradu trov konania. o d ô v o d n e n i e : Odporkyňa rozhodnutím č. XXX XXX XXXX X zo 09.10.2015 zamietla žiadosť navrhovateľa o priznanie invalidného dôchodku s odôvodnením, že nie je invalidný podľa § 70 a § 71 ods. 1 zákona č. 461/2003 Z. z. o sociálnom poistení /zsp/, pretože podľa posudku posudkového lekára SP pobočka Zvolen zo dňa 28.09.2015 nemá pre dlhodobo nepriaznivý zdravotný stav pokles schopnosti vykonávať zárobkovú činnosť o viac ako 40 % v porovnaní so zdravou fyzickou osobou. Posudkový lekár stanovil mieru poklesu schopnosti vykonávať zárobkovú činnosť u navrhovateľa vo výške 20 %. Odporkyňa v odôvodnení okrem iného uviedla, že posúdenie zdravotného stavu je obsahom uvedenej lekárskej správy, ktorá tvorí neoddeliteľnú súčasť odôvodnenia tohto rozhodnutia a sú v nej uvedené všetky rozhodujúce skutočnosti, ktoré boli podkladom na vyhotovenie posudkového záveru, že navrhovateľ nie je invalidný. Posudkový lekár SP pobočky spísal s navrhovateľom zápisnicu o ústnom pojednávaní v súlade s § 189 zákona č. 461/2003 Z. z. o sociálnom poistení a navrhovateľ bol informovaný o všetkých skutočnostiach, ktoré sa týkajú posúdenia zdravotného stavu, posudku a miery poklesu schopnosti vykonávať zárobkovú činnosť. Posudkový lekár vyhotovil aj odborný posudok o invalidite. Navrhovateľ podal proti tomuto rozhodnutiu v zákonom stanovenej lehote návrh na preskúmanie s odvolaním sa na svoj zlý zdravotný stav. Odporkyňa podala vo veci písomné stanovisko zo dňa 27.01.2016, v ktorom uviedla právne a skutkové dôvody, pre ktoré žiadala napadnuté rozhodnutie v spojitosti so zmenovým rozhodnutím potvrdiť ako vecne správne. Krajský súd preskúmal napadnuté rozhodnutie ako aj postup, ktorý predchádzal jeho vydaniu na pojednávaní dňa 08.06.2016 v zmysle § 250l OSP, oboznámil sa s pripojenými listinnými dôkazmi, vypočul odporkyňu a navrhovateľa a dospel k záveru, že opravnému prostriedku navrhovateľa nie je možné vyhovieť. Navrhovateľ na pojednávaní trval na dôvodoch uvedených v opravnom prostriedku a predložil súdu lekárske nálezy ako dôkazy nepriaznivého zdravotného stavu. Odporkyňa na pojednávaní sa plne pridržiavala písomného stanoviska SP z 27.1.2016 v ktorom je uvedené, že na základe opravného prostriedku bol zdravotný stav navrhovateľa opätovne posúdený posudkovými lekármi na pobočke ako aj posudkovým lekárom ústredia a posudkoví lekári zotrvali na pôvodnom posudku, že navrhovateľ nie je invalidný, lebo má mieru poklesu schopnosti vykonávať zárobkovú činnosť 20 %. Vzhľadom na uvedené právne a skutkové dôvody žiadala krajský súd, aby napadnuté rozhodnutie potvrdil ako vecne správne. Podľa § 71 ods. 1 zákona č. 461/2003 Z. z. o sociálnom poistení poistenec je invalidný, ak pre dlhodobo nepriaznivý zdravotný stav má pokles schopnosti vykonávať zárobkovú činnosť o viac ako 40 % v porovnaní so zdravou fyzickou osobou. Podľa ods. 2 cit. ust. dlhodobo nepriaznivý zdrav. stav je taký zdrav. stav, ktorý spôsobuje pokles schopnosti vykonávať zárobkovú činnosť a ktorý má podľa poznatkov lekárskej vedy trvať dlhšie ako jeden rok. Podľa ods. 3 cit. ust. prvej vety pokles schopnosti vykonávať zárobkovú činnosť sa posudzuje porovnaním telesnej, duševnej a zmyslovej schopnosti poistenca s dlhodobo nepriaznivým zdravotným stavom a telesnej, duševnej a zmyslovej schopnosti zdravej fyzickej osoby. Podľa ods. 6 cit. ust. miera poklesu schopnosti vykonávať zárobkovú činnosť v percentách sa určuje podľa druhu zdravotného postihnutia, ktoré je rozhodujúcou príčinou dlhodobo nepriaznivého zdravotného stavu, a so zreteľom na závažnosť ostatných zdravotných postihnutí. Podľa ods.7 cit. ust. jednotlivé percentuálne miery poklesu schopnosti vykonávať zárobkovú činnosť sa nesčítavajú. Percentuálna miera poklesu zárobkovej činnosti podľa druhu zdravotného poistenia orgánov a systémov je uvedená v prílohe č. 4 k zákona č. 461/2003 Z.z. Posúdenie dlhodobosti nepriaznivého zdravotného stavu a jeho následkov na pracovnú schopnosť občana vyžaduje odborné lekárske vedomosti a vo veciach sociálneho poistenia aj pre účely súdneho konania ju vykonávajú posudkoví lekári. Podľa ust. § 153 ods. 5 zákona č. 461/2003 Z. z. lekársku posudkovú činnosť dôchodkového poistenia vykonáva posudkový lekár sociálneho poistenia príslušnej pobočky a posudkový lekár sociálneho poistenia ústredia Sociálnej poisťovne. Na základe opravného prostriedku bol zdravotný stav navrhovateľa opätovne posúdený posudkovou lekárkou SP-ú so sídlom v Banskej Bystrici v posudku zo dňa 18.01.2016 so záverom, že navrhovateľ nie je invalidný lebo má mieru poklesu schopnosti vykonávať zárobkovú činnosť 20 %. Posudková lekárka ako rozhodujúce zdravotné postihnutie uviedla kapitola VI - choroby nervového systému, oddiel A - postihnutie mozgu, položka 7 - roztrúsená mozgomiechová skleróza, písm. a/ - ľahká forma bez výraznejšej poruchy funkcie, kurtského škála (X-X) a ako ďalšie choroby: roztrúsená skleróza - sklerosis multiplex. Posudková lekárka v celkovom posudku uviedla, že u navrhovateľa je pre stanovenie miery poklesu schopnosti vykonávať zárobkovú činnosť, rozhodujúce demyelinizačné ochorenie CNS, ktoré bolo diagnosticky potvrdené počas hospitalizácie v máji 2014. verifikované bolo na základe nálezu MR mozgu, klinického vyšetrenia a evokovanými potenciálmi. Stav bol uzavretý ako relaps remitujúca forma mnohopočetnej roztrúsenej sklerózy s Kurtzkého škálou EDSS X,X. V priebehu nasledujúceho obdobia nedošlo k relapsu ochorenia a stabilizovanému stavu zodpovedá stanovená miera poklesu schopnosti vykonávať zárobkovú činnosť na úrovni 20 %, čo je horná hranica pri ľahkých formách s Kurtzkého škálou X-X. Nemá pridružené žiadne somatické, či psychické ochorenia, ktoré by mali vplyv na jeho schopnosť vykonávať zárobkovú činnosť a to v zmysle dosiahnutého vzdelania, resp. aj pre iné profesie. Podľa § 132 O.s.p. dôkazy súd hodnotí podľa svojej úvahy, a to každý dôkaz jednotlivo a všetky dôkazy v ich vzájomnej súvislosti; pritom starostlivo prihliada na všetko, čo vyšlo za konania najavo, včítane toho, čo uviedli účastníci. Krajský súd po preskúmaní napadnutého rozhodnutia zistil, že je vecne správne a spĺňa kritéria stanovené zákonom. Krajský súd posúdil aj posudky posudkových lekárov v zmysle cit. ust. a mal preukázané, že posudky boli vypracované po náležitom lekárskom vyšetrení, po zvážení všetkých okolností namietaných navrhovateľom a že závery posudkov vychádzajú zo súčasného zdravotného stavu navrhovateľa a z poznatkov súčasnej medicíny. Krajský súd porovnal závery posudkov so závermi odborných lekárov a zistil, že posudky sú objektívne, komplexné, presvedčivé a akceptoval ich závery . Súd porovnal posudky posudkových lekárov s odbornými nálezmi špecialistov a zistil, že tieto navzájom korelujú a zhodne konštatujú, že pracovný potenciál navrhovateľa je znížený adekvátne zdravotnému stavu navrhovateľa, ale nie je natoľko znížený a navrhovateľ nie je tak zdravotne postihnutý, aby splnil podmienku priznania invalidného dôchodku. Súd považuje za potrebné dodať, že navrhovateľ v prípade zhoršeného zdravotného stavu a na základe nových lekárskych nálezov môže opätovne požiadať odporkyňu o posúdenie zdravotného stavu za účelom priznania invalidity. Pre komplexné posúdenie veci súd považuje za potrebné zdôrazniť, že Posudkoví lekári pri posudzovaní zdravotného stavu postupujú okrem zákona č. 461/2003 Z. z. o sociálnom poistení, aj podľa prílohy č. 4 k zákona č. 461/2003 Z. z. o sociálnom poistení, ktorá je rozdelená do príslušných kapitol podľa ochorení jednotlivých orgánov. V týchto kapitolách je podľa druhu zdravotného postihnutia uvedená aj miera poklesu schopnosti vykonávať zárobkovú činnosť v percentách. Posudkoví lekári v posudkoch podrobne zdôvodnili stanovenú mieru poklesu. Krajský súd považuje za potrebné tiež uviesť, že v zmysle zákona č. 461/2003 Z. z. o sociálnom poistení § 71 ods. 5 a 6 miera poklesu schopnosti vykonávať zárobkovú činnosť sa posudzuje len na základe rozhodujúceho zdravotného postihnutia t.j. jednej diagnózy s prihliadnutím na závažnosť aj ostatných ochorení, ale jednotlivé percentá miery poklesu schopnosti vykonávať zárobkovú činnosť sa nesčítavajú. Pre priznanie invalidity je potrebná minimálne 41 % miera poklesu schopnosti vykonávať zárobkovú činnosť. Vzhľadom na závery posudkov ohľadne zdravotného postihnutia navrhovateľa, na skutočnosť, že posudky podali orgány na to určené zákonom, súd dospel k záveru, že zistený skutkový stav navrhovateľ nespĺňa požiadavky pre priznanie invalidity a preto napadnuté rozhodnutie odporkyne potvrdil ako vecne správne. Navrhovateľ nepredložil súdu dôkazy, ktoré by spochybnili závery posudkových lekárov a správnosť napadnutého rozhodnutia. Súd pre komplexné posúdenie veci považuje za potrebné uviesť, že rozhodujúci je zdravotný stav navrhovateľa v čase vydania napadnutého rozhodnutia. Súd náhradu trov konania posúdil podľa § 250l ods. 2 v spojitosti s § 250k ods. 1 OSP, navrhovateľ v konaní nemal úspech a preto mu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https://www.kauzis.sk/judikatura/r/ECLI:SK:KSBB:2016:6015201425.1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