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20Sd/341/2015 z 7. 6. 2016</w:t>
      </w:r>
    </w:p>
    <w:p>
      <w:r>
        <w:t>Rozsudok Krajského súdu Banská Bystrica z 7. júna 2016, sp. zn. 20Sd/341/2015, ECLI:SK:KSBB:2016:6015201429.1</w:t>
      </w:r>
    </w:p>
    <w:p>
      <w:r>
        <w:t>Súd: Krajský súd Banská Bystrica</w:t>
      </w:r>
    </w:p>
    <w:p>
      <w:r>
        <w:t>Spisová značka: 20Sd/341/2015</w:t>
      </w:r>
    </w:p>
    <w:p>
      <w:r>
        <w:t>ECLI: ECLI:SK:KSBB:2016:6015201429.1</w:t>
      </w:r>
    </w:p>
    <w:p>
      <w:r>
        <w:t>Dátum vydania: 7. 6. 2016</w:t>
      </w:r>
    </w:p>
    <w:p>
      <w:r>
        <w:t>Forma: Rozsudok</w:t>
      </w:r>
    </w:p>
    <w:p>
      <w:r>
        <w:t>Oblasť práva: Správne právo</w:t>
      </w:r>
    </w:p>
    <w:p>
      <w:pPr>
        <w:pStyle w:val="Heading2"/>
      </w:pPr>
      <w:r>
        <w:t>Text rozhodnutia</w:t>
      </w:r>
    </w:p>
    <w:p>
      <w:r>
        <w:t>Súd: Krajský súd Banská Bystrica Spisová značka: 20Sd/341/2015 Identifikačné číslo súdneho spisu: 6015201429 Dátum vydania rozhodnutia: 08. 06. 2016 Meno a priezvisko sudcu, VSÚ: JUDr. Jarmila Badíková ECLI: ECLI:SK:KSBB:2016:6015201429.1 ROZSUDOK V MENE SLOVENSKEJ REPUBLIKY Krajský súd v Banskej Bystrici v konaní samosudkyňou JUDr. Jarmilou Badíkovou v právnej veci navrhovateľka: O. N., nar. XX. O. XXXX, bytom O. XXX/X, XXX XX G., proti odporkyni: Sociálna poisťovňa, ústredie, ul. 29. augusta č. 8, 813 63 Bratislava, o preskúmanie rozhodnutia o invalidnom dôchodku takto r o z h o d o l : Rozhodnutie odporkyne č. XXX XXX XXXX X dňa 20. júla 2015 z r u š u j e podľa § 250l ods. 2 a § 250j ods. 2 písm. c/, d/ O.s.p. a vec vracia odporkyni na ďalšie konanie. Navrhovateľke nepriznáva právo na náhradu trov konania. o d ô v o d n e n i e : Odporkyňa rozhodnutím č. XXX XXX XXXX X z 20.07.2015 zamietla žiadosť navrhovateľky o priznanie invalidného dôchodku s odôvodnením, že nie je invalidná podľa § 70 a § 71 zákona č. 461/2003 Z. z. o sociálnom poistení /ďalej len zsp/, pretože podľa posudku posudkového lekára SP pobočka Zvolen z 18.06.2015 miera poklesu schopnosti vykonávať zárobkovú činnosť u navrhovateľa je 35 %. Navrhovateľka podala voči uvedenému rozhodnutiu opravný prostriedok s odvolaním sa na svoj zlý zdravotný stav a žiadala jeho prehodnotenie. Navrhovateľka predložila súdu lekárske nálezy ako dôkazy nepriaznivého zdravotného stavu. Odporkyňa v písomnom stanovisku zo dňa 13.11.2015 uviedla právne a skutkové dôvody, pre ktoré žiadala napadnuté rozhodnutie potvrdiť ako vecne správne. Krajský súd preskúmal napadnuté rozhodnutie a postup odporkyne pred jeho vydaním na pojednávaní dňa 08.06.2016 v zmysle § 250l OSP, oboznámil sa s pripojenými listinnými dôkazmi, vypočul odporkyňu a navrhovateľku a dospel k záveru, že napadnuté rozhodnutie je potrebné zrušiť a vec vrátiť odporkyni na ďalšie konanie. Navrhovateľka na pojednávaní trvala na podanom opravnom prostriedku a uviedla, že bola dlhodobo PN a ani teraz nevládze pracovať. Navrhovateľka zdôraznila, že potrebuje doprovod lebo nie je schopná sa samostatne pohybovať. Odporkyňa na pojednávaní sa plne pridržiavala písomného stanoviska SP zo dňa 13.1.2015 v ktorom je uvedené, že na základe opravného prostriedku navrhovateľky bol opätovne posúdený jej zdravotný stav posudkovým lekárom na pobočke, ako aj posudkovým lekárom ústredia, ktorí zotrvali na pôvodnom posudku, že navrhovateľka nie je invalidná, lebo má mieru poklesu schopnosti vykonávať zárobkovú činnosť 35 %. Vzhľadom na uvedené právne a skutkové dôvody žiadala krajský súd, aby napadnuté rozhodnutie potvrdil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06.11.2015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kapitola V - duševné choroby a poruchy správania, položka 3 - poruchy nálad, písm. a/ - stredne ťažké formy a ako ďalšie choroby: recidivujúca depresívna poruchy, iná špecifikovaná porucha osobnosti, arteriálna hypertenzia, dorzalgia. V celkovom posudku posudkový lekár uviedol, že sa v priebehu r. 2014 zvýraznili psychické ťažkosti. V pravidelnej ambulantnej liečbe je preto od 5.5.2014, v úvode stav hodnotený ako panická porucha, neskôr s prehodnotením na inú depresívnu epizódu (25.8.2014) a od 25.9.2014 stav hodnotený ako epizóda ťažkej depresie. V čase zhoršenia a dekompenzácie s hospitalizáciou v G. v máji až júni 2015. V apríli 2015 absolvovala psychologické vyšetrenie bez známok procesuálneho ochorenia, a v tom období v popredí obraz, imponujúci ako dekompenzácia emočne instabilnej osobnosti. Intelekt na úrovni ľahkej mentálnej úrovni (IQ XX) a stredne ťažká kognitívna porucha. Stupeň intelektu a kognitívnych prejavov zodpovedá dosiahnutému vzdelaniu a pracovným doterajším aktivitám. Psychické prejavy, podľa uvedeného priebehu, boli diagnosticky aj terapeuticky upravované a podľa objektívnych psychiatrických nálezov a psychologického vyšetrenia je miera poklesu schopnosti vykonávať zárobkovú činnosť na úrovni 35 %. Pridružené chronické somatické ochorenia sú stabilizované nemali a ani v súčasnosti nemajú vplyv na výkon pracovnej činnosti. Týmto bol potvrdený posudok o posúdení zdravotného stavu navrhovateľky posudkový lekár SP pobočka Zvolen,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ako rozhodujúce zdravotné postihnutie duševné ochorenie podľa kapitoly V, položka 3, písm. a/ na dolnej hranici zodpovedajúcej stredne ťažkej forme. Súd predovšetkým musí uviesť, že psychiatrické nálezy z roku 2015 uvádzajú nasledovné diagnózy: F33.2 recidivujúca depresívna porucha, terajšia ťažká epizóda bez psychotických príznakov, F07.0 organická porucha osobnosti, F60.30 emočne nestabilná porucha osobnosti, impulzívny typ. Tieto diagnózy sú uvedené aj v lekárskych nálezoch z roku 2016. Súd z psychologického vyšetrenia z roku 2015 zistil nasledujúci záver: kognitívna porucha stredne ťažká, dekompenzácia akcentovanej, emočne instabilnej osobnosti. Z prepúšťacej správy z hospitalizácie navrhovateľky od 05.05.2015 do 03.06.2015 súd zistil tieto diagnózy: recidivujúca depresívna porucha, terajšia ťažká epizóda bez psychotických príznakov F33.2, porucha osobnosti na organickom podklade F07.0, emočne nestabilná porucha osobnosti, impulzívny typ F60.30 s nasledujúcim záverom vzhľadom ku charakteru a priebehu ochorenia je možné z nášho hľadiska konštatovať, že kvôli výraznej redukcii pracovného potenciálu je u pacientky trvalá neschopnosť pravidelnej pracovnej a zárobkovej činnosti. Rovnaké diagnózy sú uvedené aj v prepúšťacej správe z hospitalizácie navrhovateľky v psychiatrickej nemocnici v G. od 20.04.2016 do 25.05.2016. Pokiaľ ide o pridružené ochorenia súd poukazuje na ambulantný nález neurológa zo dňa 01.06.2016 z ktorého zistil nasledujúce diagnózy: dysekvilibrium skôr psychogénne podmienené t. č. bez jednozn. neurotopickej sympt. s atypickými poruchami chôdze s instabilitou - funkcionálna v dif.dg a subj. udávanými opakovanými pádmi. Stav po ataku perif. vestibul. sy po vestibulárnej neoronitíde vľavo (2009), bez NMR infra a supratentoriálne nálezu ložiskových zmien, expanziu ani zápalové zmeny nediferencujem, bez zn. demyeliniz. ložísk (2009). Polytopný algický verteborgénny sy s generaliz. polyartalgiami pri OA sy s akrodyzestéziami bez jednozn. EMG korelátu. NMR hypertrofická sondylartropatia C3-5 vľavo s kontaktom koreňa C4 a C5 l.sin. cirkul. protrúzia v C6/7 a hypertrofická spondylartropathia vpravo, stenotizácia NF bilat. význ. vpravo, kompresia miešneho koreňa C7 l.dx, desikácia IVD v segmente C2-7 s chondórzou (2014)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 Na základe uvedeného súd napadnuté rozhodnutie zrušil podľa § 250 l ods. 2 a § 250j ods. 2 písm. c/, d/, OSP, vec vrátil odporkyni na ďalšie konanie, v ktorom opätovne posúdi zdravotný stav navrhovateľky v zmysle záverov tohto rozhodnutia a § 71 ods.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https://www.kauzis.sk/judikatura/r/ECLI:SK:KSBB:2016:6015201429.1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