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23S/172/2015 z 25. 1. 2016</w:t>
      </w:r>
    </w:p>
    <w:p>
      <w:r>
        <w:t>Uznesenie Krajského súdu Banská Bystrica z 25. januára 2016, sp. zn. 23S/172/2015, ECLI:SK:KSBB:2016:6015201436.1</w:t>
      </w:r>
    </w:p>
    <w:p>
      <w:r>
        <w:t>Súd: Krajský súd Banská Bystrica</w:t>
      </w:r>
    </w:p>
    <w:p>
      <w:r>
        <w:t>Spisová značka: 23S/172/2015</w:t>
      </w:r>
    </w:p>
    <w:p>
      <w:r>
        <w:t>ECLI: ECLI:SK:KSBB:2016:6015201436.1</w:t>
      </w:r>
    </w:p>
    <w:p>
      <w:r>
        <w:t>Dátum vydania: 25.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23S/172/2015 Identifikačné číslo súdneho spisu: 6015201436 Dátum vydania rozhodnutia: 26. 01. 2016 Meno a priezvisko sudcu, VSÚ: JUDr. Milan Segeč ECLI: ECLI:SK:KSBB:2016:6015201436.1 Uznesenie Krajský súd v Banskej Bystrici v právnej veci žalobcu: SLOVPLYN, s. r. o., Zvolenská cesta 21, 974 05 Banská Bystrica, IČO: 36634654, zast. Advokátskou kanceláriou Kašuba, spol. s r. o., so sídlom Horná 41, P. O. BOX 60, 974 01 Banská Bystrica, IČO: 36859095, proti žalovanému: Slovenská obchodná inšpekcia - Ústredný inšpektorát Slovenskej obchodnej inšpekcie so sídlom v Bratislave, Prievozská 32, pošt. prieč. 29, 827 99 Bratislava, o preskúmanie zákonnosti rozhodnutia žalovaného č. SK/0258/99/2015 zo dňa 18.08.2015, takto r o z h o d o l : I. Súd konanie z a s t a v u j e . II. Žiaden z účastníkov nemá právo na náhradu trov konania. o d ô v o d n e n i e : Dňa 10.11.2015 bola faxom doručená krajskému súdu žaloba žalobcu, v ktorej sa žalobca domáhal zrušenia rozhodnutia žalovaného č. SK/0258/99/2015 zo dňa 18.08.2015. Výzvou zo dňa 11.12.2015, ktorá bola zástupcovi žalobcu doručená 04.01.2016, krajský súd vyzval zástupcu žalobcu na zaplatenie súdneho poplatku vo výške 70,- Eur. Zástupca žalobcu bol zároveň poučený o tom, že ak poplatok nebude v určenej lehote zaplatený, súd konanie zastaví. Zástupca žalobcu bol vyzvaný, aby súdny poplatok zaplatil v lehote 10 dní od doručenia výzvy. Podľa § 10 ods. 1 veta prvá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Vzhľadom k tomu, že žalobca s podaním návrhu poplatok nezaplatil, súd vyzval zástupcu žalobcu, aby zaplatil súdny poplatok v lehote 10 dní od doručenia výzvy, lehota na zaplatenie poplatku uplynula bez toho, aby bol poplatok v stanovenej lehote zaplatený, preto súd v súlade s § 10 ods. 1 zákona č. 71/1992 Zb. o súdnych poplatkoch konanie zastavil. Súd nepriznal žiadnemu z účastníkov právo na náhradu trov konania, nakoľko došlo k zastaveniu konania v zmysle § 146 ods. 1 písm. c) O.s.p. Toto rozhodnutie prijal senát krajského súdu jednohlasne, t. j. pomerom hlasov 3:0 (§ 3 ods. 9 zákona č. 757/2004 Z.z. o súdoch a o zmene a doplnení niektorých zákonov v znení účinnom od 1. mája 2011). Toto rozhodnutie prijal senát krajského súdu jednohlasne, t. j. pomerom hlasov 3:0 (§ 3 ods. 9 zákona č. 757/2004 Z.z. o súdoch a o zmene a doplnení niektorých zákonov v znení účinnom od 1. mája 2011). Poučenie: Proti tomuto uzneseniu je možné podať odvolanie v lehote 15 dní od jeho doručenia. Odvolanie sa podáva písomne v dvoch vyhotoveniach cestou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https://www.kauzis.sk/judikatura/r/ECLI:SK:KSBB:2016:6015201436.1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