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20Sd/345/2015 z 21. 6. 2016</w:t>
      </w:r>
    </w:p>
    <w:p>
      <w:r>
        <w:t>Rozsudok Krajského súdu Banská Bystrica z 21. júna 2016, sp. zn. 20Sd/345/2015, ECLI:SK:KSBB:2016:6015201437.1</w:t>
      </w:r>
    </w:p>
    <w:p>
      <w:r>
        <w:t>Súd: Krajský súd Banská Bystrica</w:t>
      </w:r>
    </w:p>
    <w:p>
      <w:r>
        <w:t>Spisová značka: 20Sd/345/2015</w:t>
      </w:r>
    </w:p>
    <w:p>
      <w:r>
        <w:t>ECLI: ECLI:SK:KSBB:2016:6015201437.1</w:t>
      </w:r>
    </w:p>
    <w:p>
      <w:r>
        <w:t>Dátum vydania: 21. 6. 2016</w:t>
      </w:r>
    </w:p>
    <w:p>
      <w:r>
        <w:t>Forma: Rozsudok</w:t>
      </w:r>
    </w:p>
    <w:p>
      <w:r>
        <w:t>Oblasť práva: Správne právo</w:t>
      </w:r>
    </w:p>
    <w:p>
      <w:pPr>
        <w:pStyle w:val="Heading2"/>
      </w:pPr>
      <w:r>
        <w:t>Text rozhodnutia</w:t>
      </w:r>
    </w:p>
    <w:p>
      <w:r>
        <w:t>Súd: Krajský súd Banská Bystrica Spisová značka: 20Sd/345/2015 Identifikačné číslo súdneho spisu: 6015201437 Dátum vydania rozhodnutia: 22. 06. 2016 Meno a priezvisko sudcu, VSÚ: JUDr. Jarmila Badíková ECLI: ECLI:SK:KSBB:2016:6015201437.1 ROZSUDOK V MENE SLOVENSKEJ REPUBLIKY Krajský súd v Banskej Bystrici v konaní sudkyňou JUDr. Jarmilou Badíkovou v právnej veci navrhovateľa: Y. T., nar. XX. H. XXXX, bytom Y. X, XXX XX X. X., proti odporkyni: Sociálna poisťovňa, ul. 29. augusta č. 8, 813 63 Bratislava, o preskúmanie rozhodnutia o zamietnutí invalidného dôchodku takto r o z h o d o l : Rozhodnutie odporkyne č. XXX XXX XXXX X zo dňa 6. augusta 2015 p o t v r d z u j e. Navrhovateľovi nepriznáva právo na náhradu trov konania. o d ô v o d n e n i e : Odporkyňa rozhodnutím č. XXX XXX XXXX X zo 06.08.2015 zamietla žiadosť navrhovateľa o priznanie invalidného dôchodku s odôvodnením, že nie je invalidný podľa § 70 a § 71 ods. 1 zákona č. 461/2003 Z. z. o sociálnom poistení /zsp/, pretože podľa posudku posudkového lekára SP pobočka Banská Bystrica zo dňa 15.07.2015 nemá pre dlhodobo nepriaznivý zdravotný stav pokles schopnosti vykonávať zárobkovú činnosť o viac ako 40 % v porovnaní so zdravou fyzickou osobou. Posudkový lekár stanovil mieru poklesu schopnosti vykonávať zárobkovú činnosť u navrhovateľa vo výške 30 %. 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 nie je invalidný. Posudkový lekár SP pobočky spísal s navrhovateľom zápisnicu o ústnom pojednávaní v súlade s § 189 zákona č. 461/2003 Z. z. o sociálnom poistení a navrhovateľ bol informovaný o všetkých skutočnostiach, ktoré sa týkajú posúdenia zdravotného stavu, posudku a mierou poklesu schopnosti vykonávať zárobkovú činnosť. Posudkový lekár vyhotovil aj odborný posudok o invalidite. Navrhovateľ podal proti tomuto rozhodnutiu v zákonom stanovenej lehote návrh na preskúmanie s odvolaním sa na svoj zlý zdravotný stav . Odporkyňa podala vo veci písomné stanovisko zo dňa 20.11.2015, v ktorom uviedla právne a skutkové dôvody, pre ktoré žiadala napadnuté rozhodnutie potvrdiť ako vecne správne. Krajský súd preskúmal napadnuté rozhodnutie ako aj postup, ktorý predchádzal jeho vydaniu na pojednávaní dňa 22.06.2016 v zmysle § 250l OSP, oboznámil sa s pripojenými listinnými dôkazmi, vypočul odporkyňu, vec preskúmal v neprítomnosti navrhovateľa a dospel k záveru, že opravnému prostriedku navrhovateľa nie je možné vyhovieť. Súd ospravedlnil neprítomnosť navrhovateľa na pojednávaní. Odporkyňa na pojednávaní žiadala napadnuté rozhodnutie zo dňa 6.8.2015 potvrdiť ako vecne správne. Uviedla, že na základe opravného prostriedku bol zdravotný stav navrhovateľa opätovne posúdený posudkovým lekárom na pobočke ako aj posudkovým lekárom ústredia, ktorí zotrvali na pôvodnom stanovisku, že navrhovateľ nie je invalidný lebo má 30 % mieru poklesu schopnosti vykonávať zárobkovú činnosť. Posudkoví lekári v konaní vyhodnotili, že navrhovateľov zdravotný stav nie je zhoršený na úroveň invalidity a navrhovateľ nepreukázal, že jeho zdravotný stav odôvodňuje vznik invalidity. Podľa § 71 ods. 1 zákona č. 461/2003 Z. z. o sociálnom poistení poistenec je invalidný, ak pre dlhodobo nepriaznivý zdravotný stav má pokles schopnosti vykonávať zárobkovú činnosť o viac ako 40 % v porovnaní so zdravou fyzickou osobou. Podľa ods. 2 cit. ust. dlhodobo nepriaznivý zdrav. stav je taký zdrav. stav, ktorý spôsobuje pokles schopnosti vykonávať zárobkovú činnosť a ktorý má podľa poznatkov lekárskej vedy trvať dlhšie ako jeden rok. Podľa ods. 3 cit. ust. prvej vety pokles schopnosti vykonávať zárobkovú činnosť sa posudzuje porovnaním telesnej, duševnej a zmyslovej schopnosti poistenca s dlhodobo nepriaznivým zdravotným stavom a telesnej, duševnej a zmyslovej schopnosti zdravej fyzickej osoby.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ods.7 cit. ust. jednotlivé percentuálne miery poklesu schopnosti vykonávať zárobkovú činnosť sa nesčítavajú.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Na základe opravného prostriedku bol zdravotný stav navrhovateľa opätovne posúdený posudkovou lekárkou SP-ú so sídlom v Banskej Bystrici v posudku zo dňa 10.11.2015 so záverom, že navrhovateľ nie je invalidný lebo má mieru poklesu schopnosti vykonávať zárobkovú činnosť 30 %. Posudková lekárka ako rozhodujúce zdravotné postihnutie uviedla choroby podporného a pohybového aparátu, postihnutie končatín, stavy po zlomenine pätnej kosti podľa poruchy funkcie nohy, s ťažkou deformáciou a poruchou chôdze ťažkého stupňa - jednostranné postihnutie, kapitola XV, oddiel G, položka 57, písm. a/ a ako ďalšie choroby: poúrazová artróza členkového kĺbu, arteriálna hypertenzia WHO I., vredová choroba gastroduodena v anamnéze. Posudková lekárka v celkovom posudku uviedla, že utrpel v r. XXXX trieštivú zlomeninu pravej pätnej kosti, ktorá bola riešená operačne osteosyntózou. Stav po operácii bol uspokojivý, nevyžadoval si pracovnú neschopnosť. Po 17 rokoch vyšetrený ortopédom pre bolesti v pätovej kosti. Mal urobené RTG vyšetrenie pravého chodidla. Ortopéd popisuje poúrazovú artrózu pravého členka s obmedzením pohyblivosti všetkými smermi v pravom členku o 1 až 2/3. Miera poklesu schopnosti vykonávať zárobkovú činnosť pri poúrazovej zlomenine pätovej kosti podľa poruchy funkcie nohy je XX %. Dolnú hranicu percentuálneho rozpätia určuje vzhľadom k tomu, že nemá ťažkú deformitu nohy a ani poruchu chôdze ťažkého stupňa. Vysoký krvný tlak je aktuálne nedostatočne kompenzovaný, nakoľko menovaný vynechal liečbu antihypertenzívami. Vredová choroba gastroduodena je v remisii, ako o tom svedčí skutočnosť, že si nevyžaduje užívanie žiadnych liekov pre zažívacie ťažkosti. Uvedené ochorenia sú posudkovo nezávažné, nezvyšujú mieru poklesu schopnosti vykonávať zárobkovú činnosť. Podľa § 132 O.s.p.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kritéria stanovené zákonom. Krajský súd posúdil aj posudky posudkových lekárov v zmysle cit. ust. a mal preukázané, že posudky boli vypracované po náležitom lekárskom vyšetrení, po zvážení všetkých okolností namietaných navrhovateľom a že závery posudkov vychádzajú zo súčasného zdravotného stavu navrhovateľa a z poznatkov súčasnej medicíny. Krajský súd porovnal závery posudkov so závermi odborných lekárov a zistil, že posudky sú objektívne, komplexné, presvedčivé a akceptoval ich závery . Súd porovnal posudky posudkových lekárov s odbornými nálezmi špecialistov a zistil, že tieto navzájom korelujú a zhodne konštatujú, že pracovný potenciál navrhovateľa je znížený adekvátne zdravotnému stavu navrhovateľa, ale nie je natoľko znížený a navrhovateľ nie je tak zdravotne postihnutý, aby splnil podmienku priznania invalidného dôchodku. Súd považuje za potrebné dodať, že navrhovateľ v prípade zhoršeného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zákona č. 461/2003 Z. z. o sociálnom poistení, aj podľa prílohy č. 4 k zákona č. 461/2003 Z. z. o sociálnom poistení,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Krajský súd považuje za potrebné tiež uviesť, že v zmysle zákona č. 461/2003 Z. z. o sociálnom poistení § 71 ods. 5 a 6 miera poklesu schopnosti vykonávať zárobkovú činnosť sa posudzuje len na základe rozhodujúceho zdravotného postihnutia t.j. jednej diagnózy s prihliadnutím na závažnosť aj ostatných ochorení, ale jednotlivé percentá miery poklesu schopnosti vykonávať zárobkovú činnosť sa nesčítavajú. Pre priznanie invalidity je potrebná minimálne 41 % miera poklesu schopnosti vykonávať zárobkovú činnosť. Vzhľadom na závery posudkov ohľadne zdravotného postihnutia navrhovateľa, na skutočnosť, že posudky podali orgány na to určené zákonom, súd dospel k záveru, že zistený skutkový stav navrhovateľ nespĺňa požiadavky pre priznanie invalidity a preto napadnuté rozhodnutie odporkyne potvrdil ako vecne správne. Navrhovateľ nepredložil súdu dôkazy, ktoré by spochybnili závery posudkových lekárov a správnosť napadnutého rozhodnutia. Súd pre komplexné posúdenie veci považuje za potrebné uviesť, že rozhodujúci je zdravotný stav navrhovateľa v čase vydania napadnutého rozhodnutia. Súd náhradu trov konania posúdil podľa § 250l ods. 2 v spojitosti s § 250k ods. 1 OSP, navrhovateľ v konaní nemal úspech a preto mu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https://www.kauzis.sk/judikatura/r/ECLI:SK:KSBB:2016:6015201437.1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