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20Sd/346/2015 z 21. 6. 2016</w:t>
      </w:r>
    </w:p>
    <w:p>
      <w:r>
        <w:t>Rozsudok Krajského súdu Banská Bystrica z 21. júna 2016, sp. zn. 20Sd/346/2015, ECLI:SK:KSBB:2016:6015201440.1</w:t>
      </w:r>
    </w:p>
    <w:p>
      <w:r>
        <w:t>Súd: Krajský súd Banská Bystrica</w:t>
      </w:r>
    </w:p>
    <w:p>
      <w:r>
        <w:t>Spisová značka: 20Sd/346/2015</w:t>
      </w:r>
    </w:p>
    <w:p>
      <w:r>
        <w:t>ECLI: ECLI:SK:KSBB:2016:6015201440.1</w:t>
      </w:r>
    </w:p>
    <w:p>
      <w:r>
        <w:t>Dátum vydania: 21. 6. 2016</w:t>
      </w:r>
    </w:p>
    <w:p>
      <w:r>
        <w:t>Forma: Rozsudok</w:t>
      </w:r>
    </w:p>
    <w:p>
      <w:r>
        <w:t>Oblasť práva: Správne právo</w:t>
      </w:r>
    </w:p>
    <w:p>
      <w:pPr>
        <w:pStyle w:val="Heading2"/>
      </w:pPr>
      <w:r>
        <w:t>Text rozhodnutia</w:t>
      </w:r>
    </w:p>
    <w:p>
      <w:r>
        <w:t>Súd: Krajský súd Banská Bystrica Spisová značka: 20Sd/346/2015 Identifikačné číslo súdneho spisu: 6015201440 Dátum vydania rozhodnutia: 22. 06. 2016 Meno a priezvisko sudcu, VSÚ: JUDr. Jarmila Badíková ECLI: ECLI:SK:KSBB:2016:6015201440.1 ROZSUDOK V MENE SLOVENSKEJ REPUBLIKY Krajský súd v Banskej Bystrici v konaní sudkyňou JUDr. Jarmilou Badíkovou v právnej veci navrhovateľky: J. I., nar. XX. S. XXXX, bytom K. č. XXX, proti odporkyni. Sociálna poisťovňa, ul. 29. augusta č. 8, 813 63 Bratislava, o preskúmanie rozhodnutia o zamietnutí invalidného dôchodku takto r o z h o d o l : Rozhodnutie odporkyne č. XXX XXX XXXX X zo dňa 21. júla 2015 p o t v r d z u j e. Navrhovateľke nepriznáva právo na náhradu trov konania. o d ô v o d n e n i e : Odporkyňa rozhodnutím č. XXX XXX XXXX X zo 21.07.2015 zamietla žiadosť navrhovateľky o priznanie invalidného dôchodku s odôvodnením, že nie je invalidná podľa § 70 a § 71 ods. 1 zákona č. 461/2003 Z. z. o sociálnom poistení /zsp/, pretože podľa posudku posudkového lekára SP pobočka Lučenec zo dňa 29.06.2015 nemá pre dlhodobo nepriaznivý zdravotný stav pokles schopnosti vykonávať zárobkovú činnosť o viac ako 40 % v porovnaní so zdravou fyzickou osobou. Posudkový lekár stanovil mieru poklesu schopnosti vykonávať zárobkovú činnosť u navrhovateľky vo výške 10 %.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Posudkový lekár SP pobočky spísal s navrhovateľkou zápisnicu o ústnom pojednávaní v súlade s § 189 zákona č. 461/2003 Z. z. o sociálnom poistení a navrhovateľka bola informovaná o všetkých skutočnostiach, ktoré sa týkajú posúdenia zdravotného stavu, posudku a miera poklesu schopnosti vykonávať zárobkovú činnosť. Posudkový lekár vyhotovil aj odborný posudok o invalidite. Navrhovateľka podala proti tomuto rozhodnutiu v zákonom stanovenej lehote návrh na preskúmanie s odvolaním sa na svoj zlý zdravotný stav. Odporkyňa podala vo veci písomné stanovisko zo dňa 19.11.2015, v ktorom uviedla právne a skutkové dôvody, pre ktoré žiadala napadnuté rozhodnutie potvrdiť ako vecne správne. Krajský súd preskúmal napadnuté rozhodnutie ako aj postup, ktorý predchádzal jeho vydaniu na pojednávaní dňa 22.06.2016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Odporkyňa na pojednávaní žiadala krajský súd, aby napadnuté rozhodnutie zo dňa 21.7.2015 potvrdil ako vecne správne. Poukázala na skutočnosť, že na základe opravného prostriedku navrhovateľa bol opätovne posúdený jeho zdravotný stav jednak posudkovým lekárom na pobočke ako aj posudkovým lekárom ústredia, ktorí zotrvali na pôvodnom posudku, že navrhovateľka nie je invalidná, lebo má 10 % mieru poklesu schopnosti vykonávať zárobkovú činnosť.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posudkovou lekárkou SP-ú so sídlom v Banskej Bystrici v posudku zo dňa 10.11.2015 so záverom, že navrhovateľka nie je invalidná lebo má mieru poklesu schopnosti vykonávať zárobkovú činnosť 10 %. Posudková lekárka ako rozhodujúce zdravotné postihnutie uviedla kapitola XV - choroby podporného a pohybového aparátu, oddiel E - dorzopatia, deformujúca dorzopatia a spondylopatia, položka 5 - ostatné postihnutie chrbtice, písm. a/ - ľahkého stupňa a ako ďalšie choroby: skolióza chrbtice po operácii XX st. podľa T.. Posudková lekárka v celkovom posudku uviedla, že navrhovateľka bola od detstva sledovaná ortopédom pre kyfoskoliózu v hrudnodriekovej oblasti X st. (T. uhol XX°). Dňa 1.4.2015 bol stav riešený nekomplikovanou operáciou s korekciou skoliózy na XX° podľa T. - X st. Ďalší pooperačný priebeh bez komplikácie samotného zákroku, opakovali sa však akútne bolesti chrbtice, MR vyšetrením driekovej chrbtice neboli preukázané výraznejšie degeneratívne zmeny, alebo tlak na nervové štruktúry, preto z neurochirurgického hľadiska je indikovaná konzervatívna liečba, včítane rehabilitácie. Pozitívny efekt v zdravotnom stave mala kúpeľná liečba v D. ukončená 6.10.2015. Miera poklesu schopnosti vykonávať zárobkovú činnosť na úrovni 10 % zodpovedá dosiahnutému operačnému výsledku korekcie skoliózy - X st. (XX° podľa T.). V súčasnosti stav vyžaduje, v období rekonvalescencie, naďalej rehabilitáciu a to individuálnu aj ambulantnú, dodržiavanie vertebrogénneho režimu. Nie sú preukázané také ustálené morfologické alebo klinické zmeny, ktoré by odôvodňovali iné percentuálne zhodnotenie.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https://www.kauzis.sk/judikatura/r/ECLI:SK:KSBB:2016:6015201440.1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