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20Sd/347/2015 z 21. 6. 2016</w:t>
      </w:r>
    </w:p>
    <w:p>
      <w:r>
        <w:t>Uznesenie Krajského súdu Banská Bystrica z 21. júna 2016, sp. zn. 20Sd/347/2015, ECLI:SK:KSBB:2016:6015201441.1</w:t>
      </w:r>
    </w:p>
    <w:p>
      <w:r>
        <w:t>Súd: Krajský súd Banská Bystrica</w:t>
      </w:r>
    </w:p>
    <w:p>
      <w:r>
        <w:t>Spisová značka: 20Sd/347/2015</w:t>
      </w:r>
    </w:p>
    <w:p>
      <w:r>
        <w:t>ECLI: ECLI:SK:KSBB:2016:6015201441.1</w:t>
      </w:r>
    </w:p>
    <w:p>
      <w:r>
        <w:t>Dátum vydania: 21. 6. 2016</w:t>
      </w:r>
    </w:p>
    <w:p>
      <w:r>
        <w:t>Forma: Uznesenie</w:t>
      </w:r>
    </w:p>
    <w:p>
      <w:r>
        <w:t>Oblasť práva: Správne právo</w:t>
      </w:r>
    </w:p>
    <w:p>
      <w:pPr>
        <w:pStyle w:val="Heading2"/>
      </w:pPr>
      <w:r>
        <w:t>Text rozhodnutia</w:t>
      </w:r>
    </w:p>
    <w:p>
      <w:r>
        <w:t>Súd: Krajský súd Banská Bystrica Spisová značka: 20Sd/347/2015 Identifikačné číslo súdneho spisu: 6015201441 Dátum vydania rozhodnutia: 22. 06. 2016 Meno a priezvisko sudcu, VSÚ: JUDr. Jarmila Badíková ECLI: ECLI:SK:KSBB:2016:6015201441.1 Uznesenie Krajský súd v Banskej Bystrici v právnej veci navrhovateľky: J. Q., rod. U., nar. XX. H. XXXX, bytom A. X. XXX/XX, M. proti odporkyni: Sociálna poisťovňa, ústredie, Ul. 29. augusta č. 8, 813 63 Bratislava, o preskúmanie rozhodnutia odporkyne o invalidnom dôchodku č. XXX XXX XXXX X zo dňa 21. júla 2015, takto r o z h o d o l : Konanie vo veci rozhodnutia odporkyne č. XXX XXX XXXX X zo dňa 21. júla 2015 z a s t a v u j e. Žiaden z účastníkov nemá právo na náhradu trov konania. o d ô v o d n e n i e : Odporkyňa rozhodnutím č. XXX XXX XXXX X zo dňa 21. júla 2015 zamietla žiadosť navrhovateľky o priznanie invalidného dôchodku. Navrhovateľka podala proti uvedenému rozhodnutiu odporkyne opravný prostriedok, v ktorom poukázala na svoj zlý zdravotný stav. Na základe podaného opravného prostriedku bol vyhotovený odborný posudok o invalidite, ktorý určil, že navrhovateľka nie je invalidná, pretože má mieru poklesu vykonávať zárobkovú činnosť o 30 % v porovnaní so zdravou fyzickou osobou. Podaním zo dňa 31. mája 2016 navrhovateľka zobrala podaný opravný prostriedok späť. Krajský súd preskúmal napadnuté rozhodnutie ako aj postup, ktorý predchádzal jeho vydaniu na pojednávaní dňa 22. júna 2016 v zmysle ustanovenia § 250l O.s.p., oboznámil sa s pripojenými listinnými dôkazmi, vypočul odporkyňu, vec preskúmal v neprítomnosti navrhovateľky, a v dôsledku späťvzatia návrhu navrhovateľkou zastavil konanie. Odporkyňa súhlasila so zastavením konania. Podľa § 250l ods. 2 Občianskeho súdneho poriadku (ďalej len „OSP“) pokiaľ v tejto hlave nie je ustanovené inak, použije sa primerane ustanovenie druhej hlavy s výnimkou § 250a. Podľa § 250h ods. 2 OSP až do rozhodnutia súdu môže žalobca vziať žalobu späť; ak žalovanému medzitým vznikli trovy konania, súd rozhodne o ich náhrade. Podľa § 250d ods. 3 OSP súd uznesením konanie zastaví, okrem iných dôvodov aj vtedy, ak žaloba bola vzatá späť /§ 250h ods. 2/. Vzhľadom na späťvzatie opravného prostriedku, ktorý je návrhom na začatie konania podľa § 250m ods. 1 OSP, súd v súlade s citovanými ustanoveniami konanie zastavil. Súd o náhrade trov konania rozhodol podľa § 250l ods. 2, § 246c a § 146 ods. 1 písm. c) OSP, podľa ktorého žiaden z účastníkov nemá právo na náhradu trov konania podľa jeho výsledku, ak konanie bolo zastavené. Poučenie: Proti tomuto rozhodnutiu je prípustné odvolanie do 15 dní od jeho doručenia, písomne v dvoch vyhotoveniach, prostredníctvom krajského súdu na Najvyšší súd Slovenskej republiky. Odvolanie možno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https://www.kauzis.sk/judikatura/r/ECLI:SK:KSBB:2016:6015201441.1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