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20Sd/356/2015 z 21. 6. 2016</w:t>
      </w:r>
    </w:p>
    <w:p>
      <w:r>
        <w:t>Rozsudok Krajského súdu Banská Bystrica z 21. júna 2016, sp. zn. 20Sd/356/2015, ECLI:SK:KSBB:2016:6015201467.1</w:t>
      </w:r>
    </w:p>
    <w:p>
      <w:r>
        <w:t>Súd: Krajský súd Banská Bystrica</w:t>
      </w:r>
    </w:p>
    <w:p>
      <w:r>
        <w:t>Spisová značka: 20Sd/356/2015</w:t>
      </w:r>
    </w:p>
    <w:p>
      <w:r>
        <w:t>ECLI: ECLI:SK:KSBB:2016:6015201467.1</w:t>
      </w:r>
    </w:p>
    <w:p>
      <w:r>
        <w:t>Dátum vydania: 21. 6. 2016</w:t>
      </w:r>
    </w:p>
    <w:p>
      <w:r>
        <w:t>Forma: Rozsudok</w:t>
      </w:r>
    </w:p>
    <w:p>
      <w:r>
        <w:t>Oblasť práva: Správne právo</w:t>
      </w:r>
    </w:p>
    <w:p>
      <w:pPr>
        <w:pStyle w:val="Heading2"/>
      </w:pPr>
      <w:r>
        <w:t>Text rozhodnutia</w:t>
      </w:r>
    </w:p>
    <w:p>
      <w:r>
        <w:t>Súd: Krajský súd Banská Bystrica Spisová značka: 20Sd/356/2015 Identifikačné číslo súdneho spisu: 6015201467 Dátum vydania rozhodnutia: 22. 06. 2016 Meno a priezvisko sudcu, VSÚ: JUDr. Jarmila Badíková ECLI: ECLI:SK:KSBB:2016:6015201467.1 ROZSUDOK V MENE SLOVENSKEJ REPUBLIKY Krajský súd v Banskej Bystrici v konaní sudkyňou JUDr. Jarmilou Badíkovou v právnej veci navrhovateľa: K. M., nar. XX. F. XXXX, bytom H. R. XX, XXX XX H., zast. advokátom JUDr. Pavlom Sabom, Ul. A. N. XX, XXX XX R., proti odporkyni: Sociálna poisťovňa, ul. 29. augusta č. 8, 813 63 Bratislava, o preskúmanie rozhodnutia o zamietnutí invalidného dôchodku takto r o z h o d o l : Rozhodnutie odporkyne č. XXX XXX XXXX X zo dňa 6. októbra 2015 p o t v r d z u j e. Navrhovateľke nepriznáva právo na náhradu trov konania. o d ô v o d n e n i e : Odporkyňa rozhodnutím č. XXX XXX XXXX X zo 06.10.2015 zamietla žiadosť navrhovateľky o priznanie invalidného dôchodku s odôvodnením, že nie je invalidná podľa § 70 a § 71 ods. 1 zákona č. 461/2003 Z. z. o sociálnom poistení /zsp/, pretože podľa posudku posudkového lekára SP pobočka Lučenec zo dňa 23.09.2015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Tiež uviedla, že týmto rozhodnutím realizuje rozsudok Krajského súdu v Banskej Bystrici č. 20Sd/295/2014-22 zo dňa 15.04.2015. Posudkový lekár SP pobočky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prostredníctvom právneho zástupcu podala proti tomuto rozhodnutiu v zákonom stanovenej lehote návrh na preskúmanie s odvolaním sa na svoj zlý zdravotný stav. Navrhovateľka namietla správnosť posúdenia jej zdravotného stavu posudkovými lekármi. Poukázala na skutočnosť, že bola dlhodobo PN prakticky tri roky, čo znamená, že dlhodobo nie je schopná vykonávať zárobkovú činnosť. Na záver žiadala, aby súd napadnuté rozhodnutie zrušil a uložil odporkyni ho opätovne prehodnotiť s prihliadnutím na lekárske správy odborných lekárov ortopédov. Pre prípad úspechu si uplatnila náhradu trov konania. Odporkyňa podala vo veci písomné stanovisko zo dňa 24.02.2016, v ktorom uviedla právne a skutkové dôvody, pre ktoré žiadala napadnuté rozhodnutie potvrdiť ako vecne správne. Krajský súd preskúmal napadnuté rozhodnutie ako aj postup, ktorý predchádzal jeho vydaniu na pojednávaní dňa 22.06.2016 v zmysle § 250l OSP, oboznámil sa s pripojenými listinnými dôkazmi, vypočul odporkyňu a navrhovateľku a dospel k záveru, že opravnému prostriedku navrhovateľky nie je možné vyhovieť. Právny zástupca navrhovateľky na pojednávaní trval na podanom opravnom prostriedku a na uvedených dôvodoch. Predovšetkým namietol, že posudkoví lekári nedostatočne posúdili zdravotný stav navrhovateľky z hľadiska aj ostatných ochorení, pretože navrhovateľka je už približne 7 rokov PN s malou prestávkou o čom predložil súdu potvrdenie. V tejto súvislosti poukázal na § 71 ods. 6 a 7 zsp, pretože posudkoví lekári sú povinní posudzovať zdravotný stav aj vzhľadom na závažnosť ostatných ochorení a zákon im dáva možnosť zvýšenia miery poklesu o 10 % a takto by navrhovateľka získala 40 % a mohla byť uznaná invalidnou. Právny zástupca navrhovateľky namietol aj vhodnosť a správnosť pracovnej rekomandácie, ktorá nezohľadňuje zdravotný stav navrhovateľky, ktorá trpí aj na hemoroidy s častými stolicami a s tým súvisiacou zvýšenou hygienou a ona si takéto miesto nie je schopná nájsť. Na základe uvedeného žiadal návrhu vyhovieť a uznať navrhovateľku invalidnou. Pre prípad úspechu si uplatnil náhradu trov právneho zastúpenia. Odporkyňa na pojednávaní žiadala napadnuté rozhodnutie potvrdiť ako vecne správne. Poukázala na posudky posudkových lekárov jednak posudkového lekára na pobočke ako aj posudok posudkového lekára ústredia, a v súvislosti s rozsudkom krajského súdu aj na posudok, ktorý bol vypracovaný v prítomnosti prísediaceho lekára ortopéda so závermi, že navrhovateľka nie je invalidná, lebo má 30 % pokles schopnosti vykonávať zárobkovú činnosť. Pokiaľ ide o pridružené ochorenia poukázala na posudky, ktoré sa vysporiadali aj s týmito ochoreniami so záverom, že neovplyvňujú pracovnú schopnosť navrhovateľky.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rozsudku Krajského súdu v Banskej Bystrici bol zdravotný stav navrhovateľky posúdený posudkovým lekárom SP-ú v Banskej Bystrici v prítomnosti prísediaceho lekára ortopéda v posudku zo dňa 23.09.2015 so záverom, že nie je invalidná lebo má mieru poklesu schopnosti vykonávať zárobkovú činnosť 30 %. Odborný lekár v posudku konštatoval, že kolená: vpravo - bez zvýšenej tekutinovej náplne, ľahký femoropatelárny sy. s jemnými drásotmi pri pohybe. Funkcia - extenzia plná, flexia plná, bez relevatnej instability v situácii vyš. ľavé koleno - diskrétne zvýšená vnútrokĺbna náplň ( + X cm), tiež XX cm nad bázou patelly je obvod svalstva X cm. Prítomná palpač. bolesť mediálneho kompertmentu H.. sy. s jemnými až strednými drásotmi. Funkcia - extenzia plná, flexia XXX st. Naznačená kombinovaná instabilita ľahkého st. Päty: prítomná je palpačná bolestivosť na zadnej strane v oblasti úponov achillových šliach a na ploske medioplantárne pod pätnou kosťou. RTG snímky: 05.02.2015 - kolená: užšie kĺbne štrbiny, viac vľavo a na vnútornej strane, subchondrálna sklerotizácia artikulačných polôh na tíbii, ostrejšie eminencie a femoropatellárna artróza stredného st., gonartróza II. a III. st. vľavo a II. st. vpravo. Na základe opravného prostriedku bol zdravotný stav navrhovateľky opätovne posúdený posudkovou lekárkou SP-ú so sídlom v Banskej Bystrici v posudku zo dňa 16.02.2016 so záverom, že navrhovateľka nie je invalidná lebo má mieru poklesu schopnosti vykonávať zárobkovú činnosť 30 %. Posudková lekárka ako rozhodujúce zdravotné postihnutie uviedla choroby podporného a pohybového aparátu, postihnutie končatín, trvalé následky po vybratí menisku pri stredne ťažkej poruche, kapitola XV, oddiel G, položka 48, písm. b/ a ako ďalšie choroby: poškodenie meniskov oboch kolien po starej trhline, artróza kolien - gonartróza obojstranne III. st., hemoroidy, arteriálna hypertenzia, hypothyreóza, diabetes mellitus nezávislý na inzulíne, obezita - C.. Posudková lekárka v celkovom posudku uviedla, že navrhovateľka je od r. 2008 v starostlivosti ortopéda pre bolesti v oboch kolenách. V r. 2010 sa podrobila artroskopickej operácii pravého kolena. Počas operácie bolo potvrdené poškodenie vonkajšieho menisku a poškodenie chrupavky na kondyle stehnovej kosti a jabĺčka II. - III. stupňa. Rovnakým spôsobom bolo ošetrené v 04/2014 aj ľavé koleno opäť cestou artroskopickej operácie. Pri operácii ľavého kolena potvrdené poškodenie vnútorného menisku, zistená A. E. a chondropatia vnútorného kondylu stehnovej kosti. V priebehu rokov došlo k trvalým zmenám v oboch kolenách v zmysle artrózy oboch kolien, ktorú ortopéd podľa RTG vyšetrení hodnotí ako gonartrózu III. stupňa. U menovanej je podľa posledného vyšetrenia ortopédom obmedzenie pohybu v oboch kolenách ľahšieho stupňa, ktoré v prípade, že by bolo podľa prílohy č. 4 k zákonu č. 461/2003 Z. z. o sociálnom poistení zaradené pod kapitolu XV. oddiel G, položka 50, písm. a/ podmieňovalo mieru poklesu schopnosti vykonávať zárobkovú činnosť 10 %. U menovanej išlo o poškodenie meniskov v oboch kolenách s trvalými následkami po vybratí menisku, preto uvedené postihnutie kolenných kĺbov zaradila pod kapitolu XV, oddiel G, položku 48, písm. b/ s poruchou funkcie stredne ťažkého stupňa s mierou poklesu schopnosti vykonávať zárobkovú činnosť 30 %. Vysoký krvný tlak je pri liečbe dobre ovplyvnený, kompenzovaný, zatiaľ nemá dokumentované orgánové komplikácie vysokého krvného tlaku. Cukrovka J.. typu je pri diéte a perorálnych antidiabetikách dobre ovplyvnená. Obezita s BMI XX,XX je hraničná pre ťažkú formu nadváhy. Doteraz sa menovaná pre obezitu neliečila, preto nie je možné považovať obezitu za ťažkú nadváhu, liečbou a diétou neovplyvniteľnú. Uvedené ochorenia sú posudkovo nezávažné, nezvyšujú mieru poklesu schopnosti vykonávať zárobkovú činnosť.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https://www.kauzis.sk/judikatura/r/ECLI:SK:KSBB:2016:6015201467.1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