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29Sp/10/2015 z 17. 1. 2016</w:t>
      </w:r>
    </w:p>
    <w:p>
      <w:r>
        <w:t>Uznesenie Krajského súdu Banská Bystrica z 17. januára 2016, sp. zn. 29Sp/10/2015, ECLI:SK:KSBB:2016:6015201470.2</w:t>
      </w:r>
    </w:p>
    <w:p>
      <w:r>
        <w:t>Súd: Krajský súd Banská Bystrica</w:t>
      </w:r>
    </w:p>
    <w:p>
      <w:r>
        <w:t>Spisová značka: 29Sp/10/2015</w:t>
      </w:r>
    </w:p>
    <w:p>
      <w:r>
        <w:t>ECLI: ECLI:SK:KSBB:2016:6015201470.2</w:t>
      </w:r>
    </w:p>
    <w:p>
      <w:r>
        <w:t>Dátum vydania: 17. 1. 2016</w:t>
      </w:r>
    </w:p>
    <w:p>
      <w:r>
        <w:t>Forma: Uznesenie</w:t>
      </w:r>
    </w:p>
    <w:p>
      <w:r>
        <w:t>Oblasť práva: Správne právo</w:t>
      </w:r>
    </w:p>
    <w:p>
      <w:pPr>
        <w:pStyle w:val="Heading2"/>
      </w:pPr>
      <w:r>
        <w:t>Text rozhodnutia</w:t>
      </w:r>
    </w:p>
    <w:p>
      <w:r>
        <w:t>Súd: Krajský súd Banská Bystrica Spisová značka: 29Sp/10/2015 Identifikačné číslo súdneho spisu: 6015201470 Dátum vydania rozhodnutia: 18. 01. 2016 Meno a priezvisko sudcu, VSÚ: JUDr. Jozef Zlocha ECLI: ECLI:SK:KSBB:2016:6015201470.2 Uznesenie Krajský súd v Banskej Bystrici, v právnej veci navrhovateľky G.. N. L., nar. X. E. XXXX, bytom D. XXX/ XX, XXX XX D., zastúpená B. L., bytom D. X, XXX XX F., proti odporcovi: Okresný úrad Žiar nad Hornom, katastrálny odbor, Ul. SNP 118, 965 01 Žiar nad Hronom, za účasti : B.. Y. R., nar. X. U. XXXX, bytom K. XX, S. XX R. a H. C., nar. X.. U. XXXX, bytom H. U.. X/X, XXX XX L., o preskúmanie zákonnosti rozhodnutia odporcu č. V-1705/15 zo dňa 28.augusta 2015, takto r o z h o d o l : Súd konanie z a s t a v u j e . Žiaden z účastníkov nemá právo na náhradu trov konania. o d ô v o d n e n i e : Navrhovateľka sa návrhom, ktorým je opravný prostriedok proti rozhodnutiu správneho orgánu, domáhal preskúmania zákonnosti rozhodnutia Okresného úradu Žiar nad Hronom, katastrálny odbor, Ul. SNP č. 118, Žiar nad Hronom č. V-1705/15 zo dňa 28. augusta 2015. Predmetným rozhodnutím správny orgán - odporca zamietol návrh na povolenie vkladu do katastra nehnuteľností podľa § 31 ods. 3 zák. č. 162/1995 Z. z. o katastri nehnuteľností a o zápise vlastníckych a iných práv k nehnuteľnostiam v znení neskorších predpisov (ďalej len „Katastrálny zákon“). Podaním zo dňa 31. decembra 2015, doručeným krajskému súdu dňa 8. januára 2016, navrhovateľka - odvolateľka vzala odvolanie v celom rozsahu späť a žiadala, aby súd konanie o odvolaní zastavil. Poukázala tiež na to, že so späťvzatím odvolania súhlasili aj zvyšní dvaja účastníci - B.. Y. R., nar. X. U. XXXX, bytom K. XX, XXX XX R. a H. C., nar. X. U. XXXX, bytom H. nám. X/X, XXX XX L.. Následne boli dňa 8. januára 2016 a 11. januára 2016 doručené podania uvedených dvoch účastníkov, ktorí v nich vyjadrili súhlas so späťvzatím odvolania navrhovateľkou. Podľa § 250l ods. 1 O.s.p. podľa ustanovení tejto hlavy (tretia hlava)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navrhovateľka - odvolateľka vzala odvolanie v celom rozsahu späť, súd s poukazom na ust. § 250d ods. 3 O.s.p. v spojení s § 250h ods. 2 a § 250l ods. 2 konanie vo veci zastavil. O trovách konania súd rozhodol tak, že žiaden z účastníkov nemá právo na náhradu trov konania (§ 146 ods. 1 písm. c/ O.s.p. v spojení s § 246c ods. 1 O.s.p. a § 250l ods. 2 O.s.p.), pretože konanie bolo zastavené a súd nezistil splnenie podmienok na náhradu trov konania podľa § 250h ods. 2 O.s.p., ani § 250k ods. 1 O.s.p. Poučenie: Proti tomuto rozhodnutiu je prípustné odvolanie podané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https://www.kauzis.sk/judikatura/r/ECLI:SK:KSBB:2016:6015201470.2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