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26Sp/21/2015 z 20. 1. 2016</w:t>
      </w:r>
    </w:p>
    <w:p>
      <w:r>
        <w:t>Rozsudok Krajského súdu Banská Bystrica z 20. januára 2016, sp. zn. 26Sp/21/2015, ECLI:SK:KSBB:2016:6015201477.1</w:t>
      </w:r>
    </w:p>
    <w:p>
      <w:r>
        <w:t>Súd: Krajský súd Banská Bystrica</w:t>
      </w:r>
    </w:p>
    <w:p>
      <w:r>
        <w:t>Spisová značka: 26Sp/21/2015</w:t>
      </w:r>
    </w:p>
    <w:p>
      <w:r>
        <w:t>ECLI: ECLI:SK:KSBB:2016:6015201477.1</w:t>
      </w:r>
    </w:p>
    <w:p>
      <w:r>
        <w:t>Dátum vydania: 20. 1. 2016</w:t>
      </w:r>
    </w:p>
    <w:p>
      <w:r>
        <w:t>Forma: Rozsudok</w:t>
      </w:r>
    </w:p>
    <w:p>
      <w:r>
        <w:t>Oblasť práva: Správne právo, Správne právo</w:t>
      </w:r>
    </w:p>
    <w:p>
      <w:pPr>
        <w:pStyle w:val="Heading2"/>
      </w:pPr>
      <w:r>
        <w:t>Text rozhodnutia</w:t>
      </w:r>
    </w:p>
    <w:p>
      <w:r>
        <w:t>Súd: Krajský súd Banská Bystrica Spisová značka: 26Sp/21/2015 Identifikačné číslo súdneho spisu: 6015201477 Dátum vydania rozhodnutia: 21. 01. 2016 Meno a priezvisko sudcu, VSÚ: JUDr. Peter Kvietok ECLI: ECLI:SK:KSBB:2016:6015201477.1 ROZSUDOK V MENE SLOVENSKEJ REPUBLIKY Krajský súd v Banskej Bystrici v konaní pred samosudcom JUDr. Petrom Kvietkom v právnej veci navrhovateľa: POHOTOVOSŤ, s.r.o., so sídlom Pribinova 25, 811 09 Bratislava, IČO: 35 807 598, proti odporcovi: Okresný úrad Banská Bystrica, katastrálny odbor, ČSA 7, 974 01 Banská Bystrica, za účasti: I. T., nar. XX.XX.XXXX, bytom D. E. XX, XXX XX Y., o preskúmanie zákonnosti rozhodnutia odporcu V 1766/2015 zo dňa 22.09.2015, takto r o z h o d o l : I./ Krajský súd rozhodnutie odporcu č. V 1766/2015 zo dňa zo dňa 22. septembra 2015 p o t v r d z u j e . II./ Navrhovateľovi náhradu trov konania nepriznáva. III./ Účastníčka konania I. T. nemá právo na náhradu trov konania. IV./ Navrhovateľ je povinný zaplatiť súdny poplatok 35,- Eur do troch dní odo dňa právoplatnosti tohto rozhodnutia. o d ô v o d n e n i e : Odporca rozhodnutím č. V 1766/2015 zo dňa 22.09.2015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zo dňa 16.02.2015 uzavretej medzi záložcom I. T., v zastúpení DSS Nestor, o.z., Stred 449, 027 05 Zázrivá (predtým ProHelp - združenie občianskoprávnej pomoci so sídlom Povraznícka č. 18, 811 05 Bratislava) a záložným veriteľom POHOTOVOSŤ, s.r.o.. Odporca rozhodnutie odôvodnil tým, že predložená zmluva nespĺňa podmienky vkladu v zmysle § 31 ods. 1 Katastrálneho zákona, preto návrh podľa § 31 zamietol. Odporca uviedol, že dohoda o splnomocnení je neplatná, pretože dlžník neudelil plnú moc. Dohoda o splnomocnení je neplatná z dôvodu, že vlastník nehnuteľností nemal možnosť slobodného výberu zástupcu. Záujem zástupcu je v rozpore so záujmami dlžníka, čo je neprípustné s poukazom na § 22 ods. 2 Občianskeho zákonníka.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k podanému odvolaniu sa vyjadril podaním zo dňa 19.11.2015 tak, že navrhuje odvolanie zamietnuť a rozhodnutie potvrdiť. Súd vec prejednal na pojednávaní v neprítomnosti navrhovateľa a odporcu, ktorí nevyužili svoje právo zúčastniť sa na pojednávaní. Navrhovateľ a odporca svoju neprítomnosť na pojednávaní ospravedlnili. Ďalšia účastníčka konania I. T. na pojednávaní konanom dňa 21.01.2016 uviedla, že si je nie vedomá toho, že by bola podpísala nejakú dohodu o splnomocnení spoločne s pánom C.. Navrhla, aby súd odvolanie zamietol a potvrdil rozhodnutie okresného úradu.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03.04.2015 na Okresnom úrade Banská Bystrica, katastrálnom odbore podal návrh na vklad záložného práva do katastra nehnuteľností podľa zmluvy o zriadení záložného práva č. XXX/XXXX-ŠTE zo dňa 16.02.2015, ktorá bola uzavretá podľa § 151a) a nasl. Občianskeho zákonníka medzi záložným veriteľom POHOTOVOSŤ, s.r.o. a záložcom I. T., v zastúpení zástupcom na základe dohody o splnomocnení DSS Nestor, o.z., Stred 449, 027 05 Zázrivá (predtým ProHelp združenie občianskoprávnej pomoci, so sídlom Povraznícka 18, 811 05 Bratislava), za ktorú zmluvu podpísal G. C. - predseda združenia.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27.03.2013, najmä na zabezpečenie istiny vo výške 450,- Eur spolu s jej príslušenstvom, úrokov z omeškania, poplatkov a ostatných pohľadávok a zmluvných pokút vyplývajúcich zo zmluvy o úvere, ako aj ostatných celkových nákladov v zmysle platných všeobecných podmienok, od omeškania až do zaplatenia a zmluvy o úvere č. XXXXXXXX zo dňa 27.06.2013 najmä na zabezpečenie istiny vo výške 350,-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„G. C. - predseda občianskeho združenia ProHelp“. V bode 4. dohody sú dopísané ručne v kolónkach nehnuteľnosti vo vlastníctve splnomocniteľa. Splnomocniteľ dohodu podpísal v Banskej Bystrici dňa 27.06.2013 a zástupca združenia ProHelp G. C. - predseda, zmluvu podpísal v Bratislave dňa 27.06.2013.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Na pojednávaní konanom dňa 21.01.2016 sa zúčastnila účastníčka konania I. T.. Súd účastníčke konania I. T. nepriznal právo na náhradu trov konania z nasledovných dôvodov: Podľa § 250m ods. 3 &lt;aspi://module='ASPI'&amp;link='99/1963 Zb.%2523250m'&amp;ucin-k-dni='30.12.9999'&gt; O.s.p. účastníkmi konania sú tí, ktorí nimi sú v konaní na správnom orgáne, a správny orgán, ktorého rozhodnutie sa preskúmava. Podľa § 250l ods. 2 &lt;aspi://module='ASPI'&amp;link='99/1963 Zb. %2523250l'&amp;ucin-k-dni='30.12.9999'&gt; O.s.p., pokiaľ v tretej hlave piatej časti O.s.p. nie je ustanovené inak, použije sa primerane ustanovenie druhej hlavy s výnimkou § 250a. Podľa § 250k ods. 1 &lt;aspi://module='ASPI'&amp;link='99/1963 Zb.%2523250k'&amp;ucin-k-dni='30.12.9999'&gt;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V tretej hlave piatej časti O.s.p. nie je osobitne upravená otázka náhrady trov konania, preto je potrebné na daný prípad aplikovať ustanovenie § 250k &lt;aspi://module='ASPI'&amp;link='99/1963 Zb.%2523250k'&amp;ucin-k-dni='30.12.9999'&gt; O.s.p.. Predmetné ustanovenie je vo vzťahu k ustanoveniu § 142 &lt;aspi://module='ASPI'&amp;link='99/1963 Zb.%2523142'&amp;ucin-k-dni='30.12.9999'&gt; O.s.p. v postavení osobitného ustanovenia (lex specialis). Právna úprava predpokladá priznať náhradu trov konania len úspešnému žalobcovi (druhá hlava), resp. navrhovateľovi (tretia hlava). Súd je toho názoru, že účastník konania, ktorého postavenie účastníka súdneho konania vyplýva z ustanovenia § 250m ods. 3 &lt;aspi://module='ASPI'&amp;link='99/1963 Zb.%2523250m'&amp;ucin-k-dni='30.12.9999'&gt; O.s.p. pričom sám nie je navrhovateľom, nemá zákonný nárok pre to, aby mu súd mohol priznať náhradu trov konania. V kontexte s § 142 &lt;aspi:// module='ASPI'&amp;link='99/1963 Zb.%2523142'&amp;ucin-k-dni='30.12.9999'&gt; O.s.p. nie je možné prihliadať ani na jeho úspešnosť v konaní vo veci samej. Súd má za to, že takýto účastník konania, by ani nemohol byť zaviazaný nahradiť trovy inému účastníkovi konania, t.j. navrhovateľovi, resp. odporcovi. Povinnosť k náhrade trov konania môže byť uložená len odporcovi v prípade, ak by bol navrhovateľ so svojim opravným prostriedkom úspešný. Právna úprava predpokladá vo vzťahu k navrhovateľovi len jeho nárok na náhradu trov konania v prípade jeho úspechu, ale nepredpokladá ani povinnosť navrhovateľa hradiť náhradu trov konania ďalším účastníkom konania, a to odporcovi (správnemu orgánu, ktorý rozhodnutie vydal), ako aj ďalším účastníkom konania, ktorí sú účastníkmi v dôsledku toho, že boli účastníkmi konania na správnom orgáne.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