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20Sd/363/2015 z 28. 6. 2016</w:t>
      </w:r>
    </w:p>
    <w:p>
      <w:r>
        <w:t>Rozsudok Krajského súdu Banská Bystrica z 28. júna 2016, sp. zn. 20Sd/363/2015, ECLI:SK:KSBB:2016:6015201487.1</w:t>
      </w:r>
    </w:p>
    <w:p>
      <w:r>
        <w:t>Súd: Krajský súd Banská Bystrica</w:t>
      </w:r>
    </w:p>
    <w:p>
      <w:r>
        <w:t>Spisová značka: 20Sd/363/2015</w:t>
      </w:r>
    </w:p>
    <w:p>
      <w:r>
        <w:t>ECLI: ECLI:SK:KSBB:2016:6015201487.1</w:t>
      </w:r>
    </w:p>
    <w:p>
      <w:r>
        <w:t>Dátum vydania: 28. 6. 2016</w:t>
      </w:r>
    </w:p>
    <w:p>
      <w:r>
        <w:t>Forma: Rozsudok</w:t>
      </w:r>
    </w:p>
    <w:p>
      <w:r>
        <w:t>Oblasť práva: Správne právo</w:t>
      </w:r>
    </w:p>
    <w:p>
      <w:pPr>
        <w:pStyle w:val="Heading2"/>
      </w:pPr>
      <w:r>
        <w:t>Text rozhodnutia</w:t>
      </w:r>
    </w:p>
    <w:p>
      <w:r>
        <w:t>Súd: Krajský súd Banská Bystrica Spisová značka: 20Sd/363/2015 Identifikačné číslo súdneho spisu: 6015201487 Dátum vydania rozhodnutia: 29. 06. 2016 Meno a priezvisko sudcu, VSÚ: JUDr. Jarmila Badíková ECLI: ECLI:SK:KSBB:2016:6015201487.1 ROZSUDOK V MENE SLOVENSKEJ REPUBLIKY Krajský súd v Banskej Bystrici v konaní samosudkyňou JUDr. Jarmilou Badíkovou v právnej veci navrhovateľky: Q. O., nar. XX. U. XXXX, bytom M. XX, X. M., XXX XX M., proti odporkyni: Sociálna poisťovňa, ústredie, ul. 29. augusta č. 8, 813 63 Bratislava o preskúmanie rozhodnutia o invalidnom dôchodku takto r o z h o d o l : Rozhodnutie odporkyne č. XXX XXX XXXX X zo dňa 29. júla 2015 z r u š u j e podľa § 250l ods. 2 a § 250j ods. 2 písm. c/, d/ O.s.p. a vec vracia odporkyni na ďalšie konanie. Navrhovateľke nepriznáva právo na náhradu trov konania. o d ô v o d n e n i e : Odporkyňa rozhodnutím č. XXX XXX XXXX X z 29.07.2015 zamietla žiadosť navrhovateľky o priznanie invalidného dôchodku s odôvodnením, že nie je invalidná podľa § 70 a § 71 zákona č. 461/2003 Z. z. o sociálnom poistení /ďalej len zsp/, pretože podľa posudku posudkového lekára SP pobočka Lučenec z 28.05.2015 miera poklesu schopnosti vykonávať zárobkovú činnosť u navrhovateľky je 30 %. Navrhovateľka podala voči uvedenému rozhodnutiu opravný prostriedok s odvolaním sa na svoj zlý zdravotný stav a žiadala jeho prehodnotenie. Navrhovateľka zaslala súdu aj kópie lekárskych nálezov. Odporkyňa v písomnom stanovisku zo dňa 02.12.2015 uviedla právne a skutkové dôvody, pre ktoré žiadala napadnuté rozhodnutie potvrdiť ako vecne správne. Krajský súd preskúmal napadnuté rozhodnutie a postup odporkyne pred jeho vydaním na pojednávaní dňa 29.06.2016 v zmysle § 250l OSP, oboznámil sa s pripojenými listinnými dôkazmi, vypočul odporkyňu a navrhovateľku a dospel k záveru, že napadnuté rozhodnutie je potrebné zrušiť a vec vrátiť odporkyni na ďalšie konanie . Navrhovateľka sa pojednávania zúčastnila v sprievode svojej matky. Na otázku súdu, že prečo má zavreté oči, navrhovateľka odpovedala, že má veľké bolesti a nevidí. Na otázku súdu, že prečo odmieta korekciu okuliarmi, navrhovateľka odpovedala, že nemá na to peniaze a že je od 18.11.2015 stále PN. Súd vypočul aj matku navrhovateľky ktorá uviedla, že jej dcéra sa nevie o seba postarať. Odporkyňa na pojednávaní sa plne pridržiavala písomného staviska SP z 2.12.2015, v ktorom sa uvádza, že na základe opravného prostriedku navrhovateľky bol opätovne posúdený jej zdravotný stav s tým, že posudkoví lekári zotrvali na miere poklesu schopnosti vykonávať zárobkovú činnosť 30 % a z tohto dôvodu navrhovateľka nespĺňa podmienky pre priznanie invalidity Z uvedeného dôvodu žiadala napadnuté rozhodnutie ako vecne správne potvrdiť.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 ú so sídlom v Banskej Bystrici v posudku zo dňa 23.11.2015 so záverom, že nie je invalidná podľa § 71 ods. 1 zákona č. 461/2003 Z. z. o sociálnom poistení, lebo pre dlhodobo nepriaznivý zdravotný stav má pokles schopnosti vykonávať zárobkovú činnosť 30 % v porovnaní so zdravou fyzickou osobou. Posudkový lekár ako rozhodujúce zdravotné postihnutie uviedol kapitola V - duševné choroby a poruchy správania, položka 6 - poruchy osobnosti a poruchy správania, písm. a/ - stredne ťažké narušenie osobnosti s miernym obmedzením výkonnosti organizmu a ako ďalšie choroby: špecifické poruchy osobnosti, neuropatia nervi optici, prekonaná D. W.. V celkovom posudku posudkový lekár uviedol, že pre stanovenie miery poklesu schopnosti vykonávať zárobkovú činnosť u posudzovanej považuje za rozhodujúce poruchy osobnosti, pre ktoré bola už v minulosti sledovaná na pedopsychiatrickej ambulancii. V predložených ambulantných psychiatrických nálezoch podložených aj psychologickým vyšetrením dominujú znaky simplexnej osobnosti s afektívnou emočnou instabilitou, s chronickou anxiózne depresívnou sympatomatikou, ale aktuálne bez akejkoľvek farmakoterapie u mentálne inferiórnej osobnosti. Uvedenému stavu zodpovedá stanovená miera poklesu schopnosti zodpovedajúca stredne ťažkému narušeniu osobnosti s miernym obmedzením výkonnosti organizmu. Pridružené ochorenia polymorfmného charakteru, napriek opakovaným odborným vyšetreniam nedokumentujú reumatické ochorenie, výraznejšiu neurologickú symtpomatológiu po prekonanej preliečenej W.. Uvádzané poruchy zraku sú podľa predložených nálezov identické v roku 2010 a aj pri ostatnom vyšetrení zo 16.4.2013 nezodpovedajúce ani stredne ťažkej slabozrakosti, naviac v odborných nálezoch je uvedené, že korekciu okuliarmi posudzovaná odmieta. Týmto bol potvrdený posudok o posúdení zdravotného stavu navrhovateľky posudkovým lekárom SP pobočka Lučenec,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duševné ochorenie. Súd z kontrolného psychologického vyšetrenia zo dňa 28.01.2016 zistil, že aktuálna intelektová výkonnosť u navrhovateľky je v pásme hraničnej inferiority, determinovaná organicky, osobnosť inferiórna, org. oslabená, simplexná, labilná, adjustačne rigidná, s nedostatočnou reguláciou správania, s adaptačnými problémami a anxióznym prežívaním. Súd z kontrolného psychiatrického vyšetrenia zo dňa 11.12.2015 zistil, že navrhovateľka je emočne nestabilná, mentálne subnormná osobnosť F 60.30, F70.0 s anxiózne dysforickým prežívaním F41.2. Z uvedeného vyplýva, že navrhovateľka trpí na 3 diagnózy duševného ochorenia. Posudkoví lekári v posudkoch uviedli, že navrhovateľka nemá žiadne pridružené ochorenia, ktorý by ovplyvňovali jej pracovnú schopnosť. Súd z nálezu neurológa z marca 2015 zistil, tento predbežný záver: u navrhovateľky došlo k poruche zraku v rovnakom čase ako bola u nej diagnostikovaná W.. V dif. dg. môžeme uvažovať tiež o Lebererovej hereditárnej optickej neuropatii, mitochondriálnej dedičnej degenerácii retinálnych gangliových buniek. Súvis s postihnutím zraku u jej druhostupňových príbuzných by bolo dobre objektivizovať. Navrhovateľku objednal na molekulovú DNA diagnostiku s týmto končeným záverom: prejavy ortostatickej hypertenzie v anamnéze, tetanický syndróm EMG verifikovaný, neuropathia n. optici bilat podľa vyšetrenia VEP - aktuálne hodnotená ako idiopatická - susp. hereditárna záťaž. Súd z nálezu oftalmológa zo dňa 18.04.2016 zistil takýto medicínsky záver: pokles VZO l.s. /v.s. pri neurolog. diagnóze/, od r. 2014, jediné funkčné oko, atropahio n. opt. part. o.u.v.s.. Idiopatická geneticky potvrdená sekundárna mutácia 4216C, myopia gravis l.dy., gr. medii l.sin. s myop. zmenami v MK, astigmatismus o.u., strabismus conver.l.dx., amblyopia l.dx, očný tlak vľavo vyšší.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odporkyňa opätovne posúdi zdravotný stav navrhovateľky v zmysle záverov uvedených v tomto rozsudku a v zmysle § 71 ods. 4,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