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26Sp/23/2015 z 20. 1. 2016</w:t>
      </w:r>
    </w:p>
    <w:p>
      <w:r>
        <w:t>Rozsudok Krajského súdu Banská Bystrica z 20. januára 2016, sp. zn. 26Sp/23/2015, ECLI:SK:KSBB:2016:6015201491.1</w:t>
      </w:r>
    </w:p>
    <w:p>
      <w:r>
        <w:t>Súd: Krajský súd Banská Bystrica</w:t>
      </w:r>
    </w:p>
    <w:p>
      <w:r>
        <w:t>Spisová značka: 26Sp/23/2015</w:t>
      </w:r>
    </w:p>
    <w:p>
      <w:r>
        <w:t>ECLI: ECLI:SK:KSBB:2016:6015201491.1</w:t>
      </w:r>
    </w:p>
    <w:p>
      <w:r>
        <w:t>Dátum vydania: 20. 1. 2016</w:t>
      </w:r>
    </w:p>
    <w:p>
      <w:r>
        <w:t>Forma: Rozsudok</w:t>
      </w:r>
    </w:p>
    <w:p>
      <w:r>
        <w:t>Oblasť práva: Správne právo, Správne právo</w:t>
      </w:r>
    </w:p>
    <w:p>
      <w:pPr>
        <w:pStyle w:val="Heading2"/>
      </w:pPr>
      <w:r>
        <w:t>Text rozhodnutia</w:t>
      </w:r>
    </w:p>
    <w:p>
      <w:r>
        <w:t>Súd: Krajský súd Banská Bystrica Spisová značka: 26Sp/23/2015 Identifikačné číslo súdneho spisu: 6015201491 Dátum vydania rozhodnutia: 21. 01. 2016 Meno a priezvisko sudcu, VSÚ: JUDr. Peter Kvietok ECLI: ECLI:SK:KSBB:2016:6015201491.1 ROZSUDOK V MENE SLOVENSKEJ REPUBLIKY Krajský súd v Banskej Bystrici v konaní pred samosudcom JUDr. Petrom Kvietkom v právnej veci navrhovateľa: POHOTOVOSŤ, s.r.o., so sídlom Pribinova 25, 811 09 Bratislava, IČO: 35 807 598, proti odporcovi: Okresný úrad Brezno, katastrálny odbor, Brezenská 4, 977 01 Brezno, za účasti: Y. U., nar. XX.XX.XXXX, T. XXXX/XX, XXX XX X., o preskúmanie zákonnosti rozhodnutia odporcu č. V - 2145/2014 zo dňa 01.06.2015, takto r o z h o d o l : I./ Krajský súd rozhodnutie odporcu č. V - 2145/2014 zo dňa zo dňa 01. júna 2015 p o t v r d z u j e . II./ Navrhovateľovi náhradu trov konania nepriznáva. III./ Navrhovateľ je povinný zaplatiť súdny poplatok 35,- Eur do troch dní odo dňa právoplatnosti tohto rozhodnutia. o d ô v o d n e n i e : Odporca rozhodnutím č. V - 2145/2014 zo dňa 01.06.2015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XXX/XXXX-ŠTE zo dňa 25.07.2014 uzavretej medzi záložcom Y. U., v zast. ProHelp - združenie občianskoprávnej pomoci so sídlom Povraznícka č. 18, 811 05 Bratislava a záložným veriteľom POHOTOVOSŤ, s.r.o.. Odporca rozhodnutie odôvodnil tým, že predložená záložná zmluva nespĺňa podmienky na vklad v zmysle § 31 ods. 1 Katastrálneho zákona, preto návrh podľa § 31 ods. 3 Katastrálneho zákona zamietol. Dohoda o splnomocnení ako predtlač na štandardnom zmluvnom formulári už obsahovala meno splnomocnenca - združenie ProHelp a meno poskytovateľa úveru a záložného veriteľa - POHOTOVOSŤ, s.r.o., teda navrhovateľ vopred určil osobu, ktorá bude oprávnená za dlžník konať, čím mu odňal právo sám sa rozhodnúť, kto ho bude v jeho veci zastupovať. Dohoda o splnomocnení je absolútne neplatná pre rozpor s § 37 ods. 1 Občianskeho zákonníka v spojení s § 22 ods. 2 Občianskeho zákonníka. V dôsledku jej neplatnosti je neplatný aj právny úkon, ktorý je uskutočnený na základe tejto plnej moci.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sa k podanému odvolaniu nijako nevyjadril. Súd vec prejednal na pojednávaní v neprítomnosti účastníkov konania, ktorí nevyužili svoje právo zúčastniť sa na pojednávaní. Navrhovateľ a odporca svoju neprítomnosť na pojednávaní ospravedlnili.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2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06.10.2014 na Okresnom úrade Brezno, katastrálnom odbore podal návrh na vklad záložného práva do katastra nehnuteľností podľa zmluvy o zriadení záložného práva č. XXX/XXXX-ŠTE zo dňa 25.07.2014, ktorá bola uzavretá podľa § 151a) a nasl. Občianskeho zákonníka medzi záložným veriteľom POHOTOVOSŤ, s.r.o. a záložcom Y. U., v zastúpení zástupcom na základe dohody o splnomocnení ProHelp združenie občianskoprávnej pomoci, so sídlom Povraznícka 18, 811 05 Bratislava, za ktorú zmluvu podpísal L. T. - predseda združenia. Súd poznamenáva, že k zmene názvu a sídla Občianskeho združenia došlo dňa 30.10.2014 po zapísaní zmeny stanov v registri občianskych združení vedenom na Ministerstve vnútra SR.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07.08.2013, najmä na zabezpečenie istiny vo výške 700,-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„L. T. - predseda občianskeho združenia ProHelp“. V bode 4. dohody sú dopísané ručne v kolónkach nehnuteľnosti vo vlastníctve splnomocniteľa. Splnomocniteľ dohodu podpísal v Brezne dňa 07.08.2013 a zástupca združenia ProHelp L. T. - predseda, zmluvu podpísal v Bratislave dňa 07.08.2013.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https://www.kauzis.sk/judikatura/r/ECLI:SK:KSBB:2016:6015201491.1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