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23Sp/82/2015 z 20. 1. 2016</w:t>
      </w:r>
    </w:p>
    <w:p>
      <w:r>
        <w:t>Rozsudok Krajského súdu Banská Bystrica z 20. januára 2016, sp. zn. 23Sp/82/2015, ECLI:SK:KSBB:2016:6015201493.1</w:t>
      </w:r>
    </w:p>
    <w:p>
      <w:r>
        <w:t>Súd: Krajský súd Banská Bystrica</w:t>
      </w:r>
    </w:p>
    <w:p>
      <w:r>
        <w:t>Spisová značka: 23Sp/82/2015</w:t>
      </w:r>
    </w:p>
    <w:p>
      <w:r>
        <w:t>ECLI: ECLI:SK:KSBB:2016:6015201493.1</w:t>
      </w:r>
    </w:p>
    <w:p>
      <w:r>
        <w:t>Dátum vydania: 20. 1.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126840</w:t>
      </w:r>
    </w:p>
    <w:p/>
    <w:p>
      <w:r>
        <w:t>Zdroj: KAUZIS.SK – https://www.kauzis.sk/judikatura/r/ECLI:SK:KSBB:2016:6015201493.1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