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27Sp/82/2015 z 18. 2. 2016</w:t>
      </w:r>
    </w:p>
    <w:p>
      <w:r>
        <w:t>Opravné uznesenie Krajského súdu Banská Bystrica z 18. februára 2016, sp. zn. 27Sp/82/2015, ECLI:SK:KSBB:2016:6015201496.2</w:t>
      </w:r>
    </w:p>
    <w:p>
      <w:r>
        <w:t>Súd: Krajský súd Banská Bystrica</w:t>
      </w:r>
    </w:p>
    <w:p>
      <w:r>
        <w:t>Spisová značka: 27Sp/82/2015</w:t>
      </w:r>
    </w:p>
    <w:p>
      <w:r>
        <w:t>ECLI: ECLI:SK:KSBB:2016:6015201496.2</w:t>
      </w:r>
    </w:p>
    <w:p>
      <w:r>
        <w:t>Dátum vydania: 18. 2.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27Sp/82/2015 Identifikačné číslo súdneho spisu: 6015201496 Dátum vydania rozhodnutia: 19. 02. 2016 Meno a priezvisko sudcu, VSÚ: JUDr. Alena Antalová ECLI: ECLI:SK:KSBB:2016:6015201496.2 Opravné uznesenie Krajský súd v Banskej Bystrici v právnej veci navrhovateľa: POHOTOVOSŤ, s.r.o., Pribinova 25, 811 09 Bratislava, IČO: 35 807 598 proti odporcovi : Okresný úrad Brezno, katastrálny odbor, Brezenská 4, 977 01 Brezno za účasti: B. A., rod. P., nar. XX.XX.XXXX, bytom Q. XXX/XX, XXX XX F. o preskúmanie zákonnosti rozhodnutia odporcu č. V-2407/2014 zo dňa 01. júna 2015 o oprave rozsudku č.k. 27Sp/82/2015-19 zo dňa 19. januára 2016 takto r o z h o d o l : O p r a v u j e zrejmú nesprávnosť uvedenú v záhlaví, výroku a odôvodnení rozsudku Krajského súdu v Banskej Bystrici č.k. 27Sp/82/2015-19 zo dňa 19. januára 2016 tak, že správne číslo rozhodnutia odporcu je „č.V-2407/2014“. o d ô v o d n e n i e : Krajský súd rozsudkom č.k. 27Sp/82/2015-19 zo dňa 19. januára 2016 potvrdil rozhodnutie odporcu (prvá výroková veta), navrhovateľovi nepriznal náhradu trov konania (druhá výroková veta) a navrhovateľovi uložil povinnosť zaplatiť súdny poplatok vo výške 35,-Eur v lehote troch dní od právoplatnosti rozhodnutia (tretia výroková veta). V záhlaví uvedeného rozsudku, v jeho výroku ako aj v jeho odôvodnení bolo nesprávne uvedené číslo rozhodnutia odporcu, a to „č. V-2047/2014“ namiesto správneho „č. V-2407/2014“. Podľa § 246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SR opravný prostriedok nie je prípustný. Podľa § 164 O.s.p. súd kedykoľvek aj bez návrhu opraví v rozhodnutí chyby v písaní a v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to, že písomné vyhotovenie rozhodnutia v záhlaví, vo výroku ako aj v odôvodnení obsahovalo zrejmú nesprávnosť, a to nesprávne označenie čísla preskúmavaného rozhodnutia odporcu, súd s poukazom na § 164 O.s.p. túto zrejmú nesprávnosť odstránil opravným uznesením. Poučenie: Proti tomuto rozhodnutiu je prípustné odvolanie v lehote 15 dní odo dňa jeho doručenia, písomne, dvojmo, na tunajšom súde.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https://www.kauzis.sk/judikatura/r/ECLI:SK:KSBB:2016:6015201496.2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