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20Sd/367/2015 z 5. 7. 2016</w:t>
      </w:r>
    </w:p>
    <w:p>
      <w:r>
        <w:t>Rozsudok Krajského súdu Banská Bystrica z 5. júla 2016, sp. zn. 20Sd/367/2015, ECLI:SK:KSBB:2016:6015201504.1</w:t>
      </w:r>
    </w:p>
    <w:p>
      <w:r>
        <w:t>Súd: Krajský súd Banská Bystrica</w:t>
      </w:r>
    </w:p>
    <w:p>
      <w:r>
        <w:t>Spisová značka: 20Sd/367/2015</w:t>
      </w:r>
    </w:p>
    <w:p>
      <w:r>
        <w:t>ECLI: ECLI:SK:KSBB:2016:6015201504.1</w:t>
      </w:r>
    </w:p>
    <w:p>
      <w:r>
        <w:t>Dátum vydania: 5. 7. 2016</w:t>
      </w:r>
    </w:p>
    <w:p>
      <w:r>
        <w:t>Forma: Rozsudok</w:t>
      </w:r>
    </w:p>
    <w:p>
      <w:r>
        <w:t>Oblasť práva: Správne právo</w:t>
      </w:r>
    </w:p>
    <w:p>
      <w:pPr>
        <w:pStyle w:val="Heading2"/>
      </w:pPr>
      <w:r>
        <w:t>Text rozhodnutia</w:t>
      </w:r>
    </w:p>
    <w:p>
      <w:r>
        <w:t>Súd: Krajský súd Banská Bystrica Spisová značka: 20Sd/367/2015 Identifikačné číslo súdneho spisu: 6015201504 Dátum vydania rozhodnutia: 06. 07. 2016 Meno a priezvisko sudcu, VSÚ: JUDr. Jarmila Badíková ECLI: ECLI:SK:KSBB:2016:6015201504.1 ROZSUDOK V MENE SLOVENSKEJ REPUBLIKY Krajský súd v Banskej Bystrici v konaní samosudkyňou JUDr. Jarmilou Badíkovou v právnej veci navrhovateľky. H. I., nar. X. H. XXXX, bytom F. X/XX, J., proti odporkyni: Sociálna poisťovňa, ústredie, ul. 29. augusta č. 8, 813 63 Bratislava, o preskúmanie rozhodnutia o invalidnom dôchodku takto r o z h o d o l : Rozhodnutie odporkyne č. XXX XXX XXXX X zo dňa 21. augusta 2015 z r u š u j e podľa § 250l ods. 2 a § 250j ods. 2 písm. c/, d/ O.s.p. a vec vracia odporkyni na ďalšie konanie. Navrhovateľke nepriznáva právo na náhradu trov konania. o d ô v o d n e n i e : Odporkyňa rozhodnutím č. XXX XXX XXXX X z 21.08.2015 zamietla žiadosť navrhovateľky o priznanie invalidného dôchodku s odôvodnením, že nie je invalidná podľa § 70 a § 71 zákona č. 461/2003 Z. z. o sociálnom poistení /ďalej len zsp/, pretože podľa posudku posudkového lekára SP pobočka Lučenec z 04.08.2015 miera poklesu schopnosti vykonávať zárobkovú činnosť u navrhovateľky je 35 %. Navrhovateľka podala voči uvedenému rozhodnutiu opravný prostriedok s odvolaním sa na svoj zlý zdravotný stav a žiadala jeho prehodnotenie. Navrhovateľka zaslala súdu aj kópie lekárskych nálezov. Odporkyňa v písomnom stanovisku zo dňa 03.12.2015 uviedla právne a skutkové dôvody, pre ktoré žiadala napadnuté rozhodnutie potvrdiť ako vecne správne. Krajský súd preskúmal napadnuté rozhodnutie a postup odporkyne pred jeho vydaním na pojednávaní dňa 06.07.2016 v zmysle § 250l OSP, sa s pripojenými listinnými dôkazmi, vypočul odporkyňu a navrhovateľku a dospel k záveru, že napadnuté rozhodnutie je potrebné zrušiť a vec vrátiť odporkyni na ďalšie konanie. Navrhovateľka na pojednávaní trvala na dôvodoch uvedených v opravnom prostriedku a uviedla, že nepriaznivý zdravotný stav jej neumožňuje sa zamestnať. Odporkyňa na pojednávaní sa plne pridržiavala písomného stanoviska SP zo dňa 3.12.2015, v ktorom je uvádzané, že na základe opravného prostriedku navrhovateľky bol opätovne posúdený jej zdravotný stav posudkovými lekármi na pobočke ako aj v ústredí, so záverom, že nie je invalidná, pretože má 35 % mieru schopnosti vykonávať zárobkovú činnosť. Na základe uvedeného žiadala napadnuté rozhodnutie potvrdiť ako vecne správne. Podľa § 71 ods. 1 zák. č. 461/2003 Z.z.. o sociálnom poistení poistenec je invalidný, ak pre dlhodobo nepriaznivý zdravotný stav má pokles schopnosti vykonávať zárobkovú činnosť o viac ako 40% v porovnaní so zdravou fyzickou osobou. Podľa ods. 2 cit. ust. dlhodobo nepriaznivý zdravotný stav je taký zdravotný stav, ktorý spôsobuje pokles schopnosti vykonávať zárobkovú činnosť a ktorý má podľa poznatkov lekárskej vedy trvať dlhšie ako jeden rok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ods.6 cit. ust. miera poklesu schopnosti vykonávať zárobkovú činnosť v percentách sa určuje podľa druhu zdravotného postihnutia, ktoré je rozhodujúcou príčinou dlhodobo nepriaznivého zdravotného stavu, a so zreteľom na závažnosť ostatných zdravotných postihnutí. Podľa ods. 8 cit. ust.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Percentuálna miera poklesu zárobkovej činnosti podľa druhu zdravotného postihnutia orgánov a systémov je obsiahnutá v prílohe č. 4 k zákona č. 461/2003 Z. z. Posúdenie dlhodobosti nepriaznivého zdravotného stavu a jeho následkov na pracovnú schopnosť občana vyžaduje odborné lekárske vedomosti a vo veciach sociálneho poistenia aj pre účely súdneho konania ju vykonávajú posudkoví lekári. Podľa § 153 ods. 5 zák. č. 461/2003 Z. z. lekársku posudkovú činnosť dôchodkového poistenia vykonáva posudkový lekár sociálneho poistenia príslušnej pobočky a posudkoví lekári Sociálnej poisťovne ústredia Sociálnej poisťovne. Na základe opravného prostriedku posúdil zdravotný stav navrhovateľky opätovne posudkový lekár SP-ú so sídlom v Banskej Bystrici v posudku zo dňa 25.11.2015 so záverom, že nie je invalidná podľa § 71 ods. 1 zákona č. 461/2003 Z. z. o sociálnom poistení, lebo pre dlhodobo nepriaznivý zdravotný stav má pokles schopnosti vykonávať zárobkovú činnosť 35 % v porovnaní so zdravou fyzickou osobou. Posudkový lekár ako rozhodujúce zdravotné postihnutie uviedol kapitola V - duševné choroby a poruchy správania, položka 3 - poruchy nálad, písm. a/ - stredne ťažké formy a ako ďalšie choroby recidivujúca depresívna poruchy, esenciálna hypertenzia II. št. ESH/ESC stabilizovaná, obezita, BMI XX,X, hypotyreóza na substitučnej liečbe s dosiahnutím eufunkčného stavu, Z. J. Z. st., dorzalgie. V celkovom posudku posudkový lekár uviedol, že pre prejavy depresie je v liečbe od januára 2013. Epizódy depresie majú kolísavý priebeh a pre zhoršenie do obrazu ťažkej depresie bola vo februári 2015 hospitalizovaná. Na komplexnej a upravenej liečbe sa stav skompenzoval, trvale je bez psychotických príznakov, v ambulantnej starostlivosti vedená ako stredne ťažká epizóda stredne ťažkej depresívnej poruchy. Vzhľadom však na dĺžku liečby, kolísavý priebeh ochorenia, možnosti ovplyvnenia farmaceuticky, trvale bez psychotických prejavov je stanovená miera poklesu schopnosti vykonávať zárobkovú činnosť na dolnej hranici t. j. 35 % v uvedenej položke. Somatické ochorenia v uvedených štádiách v kompenzovanom stave nemajú vplyv na jej schopnosť vykonávať doterajšiu prácu. Týmto bol potvrdený posudok o posúdení zdravotného stavu navrhovateľky posudkovým lekárom SP pobočka Lučenec, ktorý bol podkladom pre vydanie napadnutého rozhodnutia. Podľa § 132 OSP dôkazy súd hodnotí podľa svojej úvahy, a to každý dôkaz jednotlivo a všetky dôkazy v ich vzájomnej súvislosti ; pričom starostlivo prihliada na všetko, čo vyšlo za konania najavo, včítane toho, čo uviedli účastníci. Vzhľadom na to, že napadnuté rozhodnutie súd zrušil aj z dôvodu nepreskúmateľnosti napadnutého rozhodnutia pre nedostatok dôvodov, súd posúdil posudky posudkových lekárov, ktoré boli jediným podkladom pre vydanie napadnutého rozhodnutia. V konaní podľa § 250l a nasl. OSP súd hodnotí posudok podľa zásad vyslovených v ust.§ 132 OSP ako každý iný dôkaz. Posudzuje ho podľa svojej úvahy jednotlivo, ale tiež s prihliadnutím na všetky ostatné dôkazy v ich vzájomnej súvislosti. Keďže ide o dôkazný prostriedok, súd nie je viazaný posudkom a v ňom vyslovenými odbornými závermi. Súd posúdil posudky posudkových lekárov v zmysle cit. ust. a z hľadiska kritérií stanovených pre posúdenie poklesu schopnosti vykonávať zárobkovú činnosť a dospel k záveru, že predložené posudky nespĺňajú tieto kritériá, nezhodnotili objektívne zdravotný stav navrhovateľky a preto nemôžu byť podkladom pre zhodnotenie miery poklesu schopnosti vykonávať zárobkovú činnosť a pre rozhodnutie o zamietnutí invalidity. Súd z napadnutého rozhodnutia a ani z posudkov nezistil akým spôsobom posudkový lekár pri stanovení poklesu schopnosti zárobkovej činnosti navrhovateľky zohľadnili vplyv ochorenia na pracovný potenciál navrhovateľky, ako prihliadli na zostávajúcu schopnosť vykonávať zárobkovú činnosť; ako posúdili vplyv rozhodujúceho ochorenia na iné orgány a na celkový stav organizmu a jeho výkonnosť. Podľa ust. § 195 ods. 1 zák. č. 461/2003 Z. z. organizačná zložka Sociálnej poisťovne pred vydaním rozhodnutia postupuje tak, aby presne a úplne zistila skutočný stav veci, a na ten účel obstará potrebné podklady na rozhodnutie. Podľa ods. 2 cit. ust. podkladom na rozhodnutie sú najmä podania, návrhy a vyjadrenia účastníkov konania, dôkazy, čestné vyhlásenia, ako aj skutočnosti všeobecne známe alebo známe organizačnej zložke Sociálnej poisťovne z jej činnosti. Podľa ods. 3 cit. ust. organizačná zložka Sociálnej poisťovne pri posudzovaní veci objasňuje rovnako dôkladne všetky rozhodujúce skutočnosti bez ohľadu na to, či svedčia v prospech, alebo v neprospech účastníka konania. Podľa ust. § 196 ods. 1 cit. zák.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ods. 4 cit. ust. účastník konania, fyzická osoba alebo právnická osoba zúčastnená na konaní, ktorí majú listiny, ktoré môžu byť dôkazom, sú povinní na výzvu organizačnej zložky Sociálnej poisťovne tieto listiny predložiť. V zmysle cit. ust. odporkyňa je povinná vykonať dokazovanie a dôkazom je všetko, čo môže prispieť k zisteniu a objasneniu skutočného stavu, najmä výpovede a vyjadrenia účastníkov, odborné posudky, znalecké posudky. Okrem dôkazov navrhnutých účastníkom konania je organizačná zložka poisťovne povinná vykonať /organizačná zložka poisťovne/ aj iné dôkazy, ktoré účastník nenavrhol, ak sú potrebné na zistenie a objasnenie skutočného stavu veci. Posudkoví lekári stanovili ako rozhodujúce zdravotné postihnutie duševné ochorenie na dolnej hranici príslušnej položky. Súd z kontrolného psychiatrického vyšetrenia zo dňa 03.02.2015 zistil, že navrhovateľka je v ambulantnom psychiatrickom sledovaní od 12/13, pre epizódu depresie s ťažkým prolongovaným priebehom, subj. intolerancia na štandardnú thymoleptickú th. Prehlbujúca sa sociálna izolácia, hypobúlia, hypoaktivita, suicidálne proklamácie, reaktívny spúšťač dlhodobého dyskomfortu zdravia - tragické úmrtie Y. v XX/XX, Záver: recidivujúca depresia - dekompenzácie s ťažkým, prolongovaným priebehom, tendencia ku chronifikovaniu obtiaží, možnosť autodeštrukčného jednania. Súd z prepúšťacej správy z hospitalizácie navrhovateľky od 03.02.2015 do 20.02.2015 zistil, že navrhovateľka trpí na diagnózy: F33.2 recidivujúca depresívna porucha, terajšia ťažká epizóda bez psychotických príznakov. Súd porovnaním odborných posudkov s posudkami posudkových lekárov zistil, že títo posúdili zdravotný stav odlišne, pretože ochorenie navrhovateľky posúdili ako stredne ťažkú epizódu stredne ťažkej depresívnej poruchy bez tohto, aby uviedli odborný nález s uvedenou diagnózou. Súd napadnuté rozhodnutie zrušil aj z dôvodu jeho nepreskúmateľnosti pre nedostatok dôvodov. Odôvodnenie rozhodnutie, v ktorom sú uvedené len citácie príslušných ustanovení zákona, odkaz na posudok posudkového lekára a percentuálne zistený rozsah poklesu schopnosti vykonávať zárobkovú činnosť, bez uvedenia skutočností, ktoré boli podkladom pre rozhodnutie odporkyne, akými úvahami sa odporkyňa riadila pri hodnotení dôkazov a pri použití právnych predpisov, ako sa odporkyňa vysporiadala s námietkami účastníka, ktoré uviedol v opravnom prostriedku a s jeho návrhmi na doplnenie dokazovania, nespĺňa zákonné náležitosti odôvodnenie rozhodnutia. Rozhodnutie musí byť individuálne zdôvodnené tak, aby bolo možné preskúmať jeho zákonnosť s prihliadnutím na jeho odôvodnenie a nie na obsah posudkov, ktoré sú iba podkladom rozhodnutia. Podľa § 250r OSP ak súd zruší rozhodnutie správneho orgánu, je správny orgán pri novom prejednaní viazaný právnym názorom súdu. Na základe uvedeného súd napadnuté rozhodnutie zrušil podľa § 250 l ods. 2 a § 250j ods. 2 písm. c, d/, OSP, vec vrátil odporkyni na ďalšie konanie, v ktorom odporkyňa opätovne posúdi zdravotný stav navrhovateľky v zmysle záverov uvedených v tomto rozhodnutí a v zmysle § 71 ods. 4, 6 zsp. Súd náhradu trov konania posúdil podľa § 250l ods. 2 v spojitosti s § 250k ods. 1 OSP, navrhovateľka v konaní bola úspešná, ale náhradu trov konania si neuplatnila a preto jej súd nepriznal náhradu trov konania. Poučenie: Proti tomuto rozsudku nie je prípustné odvolanie .</w:t>
      </w:r>
    </w:p>
    <w:p/>
    <w:p>
      <w:r>
        <w:t>Zdroj: KAUZIS.SK – https://www.kauzis.sk/judikatura/r/ECLI:SK:KSBB:2016:6015201504.1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