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20Sd/368/2015 z 6. 9. 2016</w:t>
      </w:r>
    </w:p>
    <w:p>
      <w:r>
        <w:t>Rozsudok Krajského súdu Banská Bystrica z 6. septembra 2016, sp. zn. 20Sd/368/2015, ECLI:SK:KSBB:2016:6015201507.2</w:t>
      </w:r>
    </w:p>
    <w:p>
      <w:r>
        <w:t>Súd: Krajský súd Banská Bystrica</w:t>
      </w:r>
    </w:p>
    <w:p>
      <w:r>
        <w:t>Spisová značka: 20Sd/368/2015</w:t>
      </w:r>
    </w:p>
    <w:p>
      <w:r>
        <w:t>ECLI: ECLI:SK:KSBB:2016:6015201507.2</w:t>
      </w:r>
    </w:p>
    <w:p>
      <w:r>
        <w:t>Dátum vydania: 6. 9. 2016</w:t>
      </w:r>
    </w:p>
    <w:p>
      <w:r>
        <w:t>Forma: Rozsudok</w:t>
      </w:r>
    </w:p>
    <w:p>
      <w:r>
        <w:t>Oblasť práva: Správne právo</w:t>
      </w:r>
    </w:p>
    <w:p>
      <w:pPr>
        <w:pStyle w:val="Heading2"/>
      </w:pPr>
      <w:r>
        <w:t>Text rozhodnutia</w:t>
      </w:r>
    </w:p>
    <w:p>
      <w:r>
        <w:t>Súd: Krajský súd Banská Bystrica Spisová značka: 20Sd/368/2015 Identifikačné číslo súdneho spisu: 6015201507 Dátum vydania rozhodnutia: 07. 09. 2016 Meno a priezvisko sudcu, VSÚ: JUDr. Jarmila Badíková ECLI: ECLI:SK:KSBB:2016:6015201507.2 ROZSUDOK V MENE SLOVENSKEJ REPUBLIKY Krajský súd v Banskej Bystrici samosudkyňou JUDr. Jarmilou Badíkovou v právnej veci navrhovateľky: M. Q., nar. XX. T. XXXX, bytom Q. XXX/XX, XXX XX B., zastúpená JUDr. Petrom Poláčekom, advokátom, so sídlom F. O. XX, XXX XX B. B., proti odporkyni: Sociálnej poisťovni, ul. 29. augusta č. 8, 813 63 Bratislava, o preskúmanie rozhodnutia o nepriznaní príplatku k dôchodku takto r o z h o d o l : Rozhodnutie odporkyne č. XXX XXX XXXX X zo dňa 28. októbra 2015 v spojení s rozhodnutím odporkyne rovnakého čísla z 5. februára 2016 p o t v r d z u j e. Navrhovateľke nepriznáva právo na náhradu trov konania. o d ô v o d n e n i e : Odporkyňa rozhodnutím č. XXX XXX XXXX X z 28.10.2015 0 podľa § 2 ods. 2, § 3 a § 4 zákona č. 274/2007 Z. z. o príplatku k dôchodku politickým väzňom zamietla žiadosť navrhovateľky o priznanie príplatku k dôchodku. Odporkyňa v odôvodnení rozhodnutia okrem iného uviedla, že navrhovateľka nie je poberateľom pozostalostného dôchodku po zomretom rodičovi a otec nebol protiprávne násilne odvlečený do bývalého Zväz sovietskych socialistických republík a do táborov, ktoré mal bývalý Zväzu sovietskych socialistických republík zriadené v iných štátoch 1944 až 1946 a preto nie oprávnenou osobou podľa § 2 ods. 2 a 3 zákona č. *274/2007 Z. z. o príplatku k dôchodku politickým väzňom v znení zákona č. 272/2008 a nie je pozostalou osobou po popravenom alebo zomretom politickom väzňovi počas výkonu jeho trestu, zaradenia do vojenských táborov nútených prác, protiprávneho násilného odvlečenia do bývalého Zväzu sovietskych socialistických republík a do táborov, ktoré mal bývalý Zväz sovietskych socialistických republík zriadené v iných štátoch alebo počas zaradenia do tábora nútených prác, a preto jej nevznikol nárok na príplatok k dôchodku. Navrhovateľka podala proti tomuto rozhodnutiu v zákonom stanovenej lehote návrh na preskúmanie, v ktorom uviedla, že je dcérou politického väzňa, ktorý bol po smrti rehabilitovaný; že bola s celou rodinou násilne vyhostená z B. od roku 1953 do roku 1956 a preto jej patrí príplatok k dôchodku v súlade so zákonom č. 274/2007 Z. z. ako oprávnenej osobe po politickom väzňovi, ale aj priamo postihnutej osobe. Ďalším právnym argumentom, prečo navrhovateľke patrí príplatok k dôchodku je podľa jej názoru skutočnosť, že podľa zákona č. 312/1992 Zb. ak boli osoby násilne vyhostené, tak nevyhnutne museli aj zmeniť zamestnanie a toto zmenené zamestnanie sa podľa uvedeného zákona charakterizovalo ako „nútená práca „. Navrhovateľka tiež poukázala aj na zákon č. 319/1991 Zb. o zmiernení niektorých majetkových a iných krívd a o pôsobnosti orgánov štátnej správy, ktorý upravuje aj okruh oprávnených osôb. Odporkyňa zaujala k opravnému prostriedku navrhovateľky písomné stanovisko zo dňa 14.01.2016, v ktorom poukázala na skutkové a právne dôvody, pre ktoré žiadala napadnuté rozhodnutie potvrdiť ako vecne správne. Na základe opravného prostriedku navrhovateľky odporkyňa vydala ďalšie rozhodnutie rovnakého čísla zo dňa 05.02.2016, ktorým zmenila svoje rozhodnutie zo dňa 28.10.2015 v časti odôvodnenie a opätovne zamietla žiadosť navrhovateľky o priznanie príplatku k dôchodku po politickom väzňovi. Odporkyňa v odôvodnení okrem iného uviedla, že žiadosťou z 15.2.2008 navrhovateľka bola informovaná o potrebe doplnenia žiadosti o ďalšie skutočnosti potrebné pre posúdenie nároku na príplatok k dôchodku politického väzňa. Podľa citovaného zákona k žiadosti bolo potrebné doložiť potvrdenie archívu Zboru väzenskej a justičnej stráže SR, so sídlom v E., o dobe väzby a výkone trestu odňatia slobody, a tiež bolo potrebné predložiť rozhodnutie o odškodnení Ministerstvom spravodlivosti SR (prípadne o poskytnutí jednorázového finančného príspevku podľa osobitného právneho predpisu). Navrhovateľka požadované doklady nedoplnila. Ďalej uviedla, že podmienky na vznik nároku na príplatok k dôchodku politického väzňa podľa § 2 ods. 3 zákona č. 274/2007 Z. z. navrhovateľka nespĺňa, pretože v čase otcovej smrti (t.j. v roku XXXX) dosiahla vek viac ako XX rokov (XX rokov) a otec nezomrel počas zaradenia do tábora nútených prác. Z toho dôvodu žiadosť o poskytnutie príplatku k dôchodku politického väzňa zamietla. Krajský súd preskúmal napadnuté rozhodnutie na pojednávaní dňa 06. júla 2016 v prítomnosti účastníkov a pojednávanie odročil za účelom doručenia ďalších listinných dôkazov zo strany navrhovateľky. Právny zástupca navrhovateľky trval na podanom opravnom prostriedku a uviedol, že nedošlo k zmene pokiaľ ide o právny a skutkový stav. Pre bližšie zdôvodnenie nároku predložil súdu nasledovné prílohy: po prvé je to žiadosť P. v B. zo dňa 4.11.1957, riaditeľstvu V. F. v G., G., aby prepustili otca navrhovateľky z práce, aby sa mohol vrátiť opätovne na Slovensko. Druhá príloha je potvrdenie Obce Z. z C. o tom, že rodina X. O. bola od 1.5.1953 do roku 1957 internovaná na G.K. Q. G. v obci Z. okres O. B.. Treťou prílohou je oznámenie MS SR zo dňa 3.12.1992 o priznaní odškodnenia podľa § 23 zákona č. 119/1990 Zb. Štvrtou prílohou je rozhodnutie o peňažnej náhrade MV SR zo dňa 28.3.1994. Piatou prílohou je vyjadrenie Okresného úradu v Banskej Bystrici k výzve na odškodnenie za vysťahovanie zo dňa 11.9.1991. Šiestou prílohou je stanovisko MS SR zo dňa 23.2.1972 o náhradu ušlého zárobku za obdobie kedy boli vysťahovaný v G.. Ďalšou prílohou je rozsudok Krajského súdu v Banskej Bystrici č.k. 2Rt 92/91 o oslobodení spod žaloby pre trestný čin velezrady otca navrhovateľky. Poslednou prílohou je výmer Jednotného národného výboru v B. B. o vykázaní rodinných príslušníkov navrhovateľky z tunajšieho okresu a o pridelení nového bydliska do G.. Ide o výmer z 24.4.1953. Uvedené prílohy sa založili do spisu a v jednom vyhotovení boli predložené krátkou cestou zástupkyni odporkyne. Odporkyňa na pojednávaní poukázala na odôvodnenie zmenového rozhodnutia z 5.2.2016 v ktorom je uvedené, že navrhovateľka bola listom z 15.2.2008 informovaná o potrebe doplnenia žiadosti o ďalšie skutočnosti a to potvrdenie z archívu ZVJS SR so sídlom v E. o dobe väzby a výkone trestu odňatia slobody a tiež bolo potrebné predložiť rozhodnutie o odškodnení MS SR prípadne o poskytnutí jednorázového finančného príspevku podľa osobitného právneho predpisu, pretože navrhovateľka uvedené požadované doklady nedoplnila. Krajský súd preskúmal napadnuté rozhodnutie opätovne na pojednávaní dňa 07.09.2016 v zmysle § 250l OSP, vypočul navrhovateľku, vec preskúmal v neprítomnosti odporkyne, oboznámil sa s pripojenými listinnými dôkazmi a dospel k záveru, že opravnému prostriedku navrhovateľky nie je možné vyhovieť. Právny zástupca navrhovateľky na pojednávaní trval na podanom opravnom prostriedku v zhode s predchádzajúcimi stanoviskami a prednesmi vyjadrenými na predchádzajúcom pojednávaní ako aj listinnými dôkazmi, ktoré predložili súdu na základe požiadavky odporkyne. Ide o doklady o dĺžke trvania väzby a trestu odňatia slobody otca navrhovateľky. Na základe uvedeného žiadal, aby opravnému prostriedku navrhovateľky bolo vyhovené a pre prípad úspechu si uplatnil právo na náhradu trov konania. Súd ospravedlnil neprítomnosť odporkyne na pojednávaní a pri rozhodovaní vo veci prihliadol na dôvody uvedené v písomnom stanovisku. Podľa § 132 OSP dôkazy súd hodnotí podľa svojej úvahy, a to každý dôkaz jednotlivo a všetky dôkazy v ich vzájomnej súvislosti; pritom starostlivo prihliada na všetko, čo vyšlo za konania najavo, včítane toho, čo uviedli účastníci. Predmetom preskúmania boli rozhodnutia odporkyne, ktorými zamietla žiadosť navrhovateľky o priznanie príplatku k dôchodku politickým väzňom podľa zákona č. 274/2007 Z. z. ako oprávnenej osobe, ale aj ako priamo postihnutej osobe. Navrhovateľka v opravnom prostriedku uviedla, že je oprávnenou osobou po jej otcovi politickom väzňovi, ktorý bol po svojej smrti rehabilitovaný a že ako XX ročná s matkou boli násilne vyhostené a museli zmeniť zamestnanie, ktoré sa charakterizovalo ako nútená práca. Navrhovateľka predložila súdu aj kópie listín, na ktoré sa odvolávala v podanom opravnom prostriedku. Súd z predložených listín zistil, že otec navrhovateľky bol odškodnený podľa zákona č. 119/1990 Zb. formou finančnej náhrady. Tiež zistil, že rozsudkom Krajského súdu v Banskej Bystrici zo dňa 06.09.1991 bol oslobodený spod obžaloby pre trestný čin velezrady a že bol vo VTOS od 22.08.1950 do 27.06.1956. Podľa § 2 ods. 2 zákona č. 274/2007 Z. z. o príplatku k dôchodku politickým väzňom v znení zákona č. 272/2008 Z. z. oprávnená osoba je aj fyzická osoba, ktorej sa vypláca vdovský dôchodok, vdovecký dôchodok, sirotský dôchodok, vdovský výsluhový dôchodok, vdovecký výsluhový dôchodok po osobe, ktorá bola protiprávne násilne odvlečená do bývalého Zväzu sovietskych socialistických republík a do táborov, ktoré mal bývalý Zväz sovietskych socialistických republík zriadené v iných štátoch počas najmenej troch mesiacov a bola rehabilitovaná alebo odškodnená podľa osobitných predpisov a ku dňu podania žiadosti o príplatok je štátnym občanom Slovenskej republiky. Podľa § 2 ods. 3 zákona č. 274/2007 Z. z. o príplatku k dôchodku politickým väzňom v znení č. 272/2008 Z. z. za oprávnenú osobu sa považuje aj pozostalá vdova, vdovec alebo sirota po popravenom alebo zomretom politickom väzňovi počas výkonu jeho trestu, zaradenia do vojenských táborov nútených prác, protiprávneho násilného odvlečenia do bývalého Zväzu sovietskych socialistických republík a do táborov, ktoré mal bývalý Zväz sovietskych socialistických republík zriadené v iných štátoch alebo počas zaradenia do tábora nútených prác, a ktorá v čase jeho smrti bola s ním v manželskom zväzku alebo jeho dieťa, ktoré osirelo a v čase jeho smrti nedosiahlo vek XX rokov, a ku dňu podania žiadosti o príplatok sú štátnymi občanmi Slovenskej republiky a vypláca sa im pozostalostný dôchodok po politickom väzňovi uvedený v § 2 ods. 2 alebo starobný dôchodok, predčasný starobný dôchodok alebo invalidný dôchodok. V konaní bolo nesporne preukázané, že navrhovateľka nie je poberateľkou sirotského dôchodku po nebohom otcovi a v čase jeho smrti t. j. XX.XX.XXXX mala viac ako XX rokov / XX rokov/ a otec navrhovateľky nezomrel počas zaradenia do tábora nútených prác. Tvrdenie navrhovateľky, že musela vykonávať nútené práce sa v konaní nepotvrdilo. Ako vyplýva z Rozhodnutia MV SR zo dňa 28.III.1994 dedičia neb. otca navrhovateľky boli finančne odškodnení za násilné vysťahovanie, ale náhrada za vykonávanie nútenej práce podľa § 3 ods. 2 písm. c/ zákona č. 319/1991 Zb. v znení ďalších zákonov nebola priznaná, lebo nebolo preukázané rozhodnutie správneho orgánu o jej nariadení. Súd po uvedenom preskúmaní napadnutých rozhodnutí zistil, že sú vecne správne, vydané v súlade s príslušnými právnymi predpismi, v zmysle ktorých navrhovateľka nesplnila podmienky pre priznanie príplatku k dôchodku a preto ich potvrdil. Súd o náhrade trov konania rozhodol podľa § 250l ods. 2 v spojitosti s § 250k ods. 1 OSP, navrhovateľka v konaní nebola úspešná a preto jej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https://www.kauzis.sk/judikatura/r/ECLI:SK:KSBB:2016:6015201507.2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