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28Sp/83/2015 z 21. 3. 2016</w:t>
      </w:r>
    </w:p>
    <w:p>
      <w:r>
        <w:t>Uznesenie Krajského súdu Banská Bystrica z 21. marca 2016, sp. zn. 28Sp/83/2015, ECLI:SK:KSBB:2016:6015201520.1</w:t>
      </w:r>
    </w:p>
    <w:p>
      <w:r>
        <w:t>Súd: Krajský súd Banská Bystrica</w:t>
      </w:r>
    </w:p>
    <w:p>
      <w:r>
        <w:t>Spisová značka: 28Sp/83/2015</w:t>
      </w:r>
    </w:p>
    <w:p>
      <w:r>
        <w:t>ECLI: ECLI:SK:KSBB:2016:6015201520.1</w:t>
      </w:r>
    </w:p>
    <w:p>
      <w:r>
        <w:t>Dátum vydania: 21.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28Sp/83/2015 Identifikačné číslo súdneho spisu: 6015201520 Dátum vydania rozhodnutia: 22. 03. 2016 Meno a priezvisko sudcu, VSÚ: JUDr. Jana Novotná ECLI: ECLI:SK:KSBB:2016:6015201520.1 Uznesenie Krajský súd v Banskej Bystrici v právnej veci navrhovateľa U. N., P. XXX, XXX XX B. proti odporcovi Okresný úrad Rimavská Sobota, katastrálny odbor, Kraskova č. 2, 979 01 Rimavská Sobota za účasti ďalších účastníkov 1/ T. N., P. XXX, XXX XX B. a 2/ G. Q., A. W. B. XXXX/XX, XXX XX Q. Q. o odvolaní navrhovateľa proti rozhodnutiu správneho orgánu Okresný úrad Rimavská Sobota, katastrálny odbor č. V 2384/2015 zo dňa 29. októbra 2015 takto r o z h o d o l : Konanie z a s t a v u j e . Odporcovi náhradu trov konania n e p r i z n á v a . o d ô v o d n e n i e : Odporca napadnutým rozhodnutím zamietol návrh navrhovateľa a ďalších účastníkov na vklad kúpnej zmluvy do katastra nehnuteľností zo dňa 1. 10. 2015 z dôvodu, že predložená zmluva neobsahuje podstatné náležitosti, a teda je absolútne neplatným právnym úkonom. Navrhovateľ podal odvolanie a žiadal o prehodnotenie rozhodnutia z dôvodu vyhotovenia dodatku ku kúpnej zmluve zo dňa 1. 10. 2015. Ďalší účastníci vo svojich vyjadreniach vyslovili súhlas s podaným odvolaním. Navrhovateľ na pojednávaní 22. marca 2016 zobral svoj návrh v celom rozsahu späť. Podľa § 250h ods. 2 zákona č. 99/1963 Zb. Občiansky súdny poriadok (ďalej len O.s.p.) až do rozhodnutia súdu môže žalobca vziať žalobu späť; ak žalovanému medzitým vznikli trovy konania, rozhodne súd o ich náhrade. Navrhovateľ zobral svoj návrh späť, preto súd konanie zastavil podľa § 250d ods. 3 O.s.p., podľa ktorého súd uznesením konanie zastaví, ak žaloba bola vzatá späť. O trovách konania súd rozhodol podľa § 250h ods. 2 O.s.p. tak, že odporcovi náhradu trov konania nepriznal, pretože žiadne trovy v konaní neuplatnil. Poučenie: P o u č e n i e: Proti tomuto rozhodnutiu je možné podať odvolanie v lehote 15 dní odo dňa jeho doručenia, písomne, v dvoch vyhotoveniach prostredníctvom tunajšieho súdu na NS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https://www.kauzis.sk/judikatura/r/ECLI:SK:KSBB:2016:6015201520.1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