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20Sd/374/2015 z 19. 7. 2016</w:t>
      </w:r>
    </w:p>
    <w:p>
      <w:r>
        <w:t>Rozsudok Krajského súdu Banská Bystrica z 19. júla 2016, sp. zn. 20Sd/374/2015, ECLI:SK:KSBB:2016:6015201527.1</w:t>
      </w:r>
    </w:p>
    <w:p>
      <w:r>
        <w:t>Súd: Krajský súd Banská Bystrica</w:t>
      </w:r>
    </w:p>
    <w:p>
      <w:r>
        <w:t>Spisová značka: 20Sd/374/2015</w:t>
      </w:r>
    </w:p>
    <w:p>
      <w:r>
        <w:t>ECLI: ECLI:SK:KSBB:2016:6015201527.1</w:t>
      </w:r>
    </w:p>
    <w:p>
      <w:r>
        <w:t>Dátum vydania: 19. 7. 2016</w:t>
      </w:r>
    </w:p>
    <w:p>
      <w:r>
        <w:t>Forma: Rozsudok</w:t>
      </w:r>
    </w:p>
    <w:p>
      <w:pPr>
        <w:pStyle w:val="Heading2"/>
      </w:pPr>
      <w:r>
        <w:t>Text rozhodnutia</w:t>
      </w:r>
    </w:p>
    <w:p>
      <w:r>
        <w:t>Súd: Krajský súd Banská Bystrica Spisová značka: 20Sd/374/2015 Identifikačné číslo súdneho spisu: 6015201527 Dátum vydania rozhodnutia: 20. 07. 2016 Meno a priezvisko sudcu, VSÚ: JUDr. Jarmila Badíková ECLI: ECLI:SK:KSBB:2016:6015201527.1 ROZSUDOK V MENE SLOVENSKEJ REPUBLIKY Krajský súd v Banskej Bystrici v konaní samosudkyňou JUDr. Jarmilou Badíkovou v právnej veci navrhovateľa T. X., X. XXX/XX, XXX XX V., proti odporkyni Sociálna poisťovňa, ústredie, ul. 29.augusta č. 8, 813 63, Bratislava o preskúmanie rozhodnutia o invalidnom dôchodku takto r o z h o d o l : Rozhodnutie odporkyne č. XXX XXX XXXX X zo dňa 30. septembra 2015 z r u š u j e podľa § 250l ods. 2 a § 250j ods. 2 písm. c/, d/ O.s.p. a vec vracia odporkyni na ďalšie konanie. Navrhovateľovi nepriznáva právo na náhradu trov konania. o d ô v o d n e n i e : Odporkyňa rozhodnutím č. XXX XXX XXXX X zo dňa 30.07.2015 podľa § 70 ods.1 a § 82 zákona č. 461/2003 Z.z. o sociálnom poistení v znení neskorších predpisov / ďalej len zsp / priznala navrhovateľovi od 17.06.2015 invalidný dôchodok v sume 241,60 Eur mesačne . Odporkyňa v odôvodnení rozhodnutia uviedla podrobný výpočet sumy invalidného dôchodku. Odporkyňa v odôvodnení rozhodnutia tiež uviedla, že rozsudkom Krajského súdu v Banskej Bystrici č. 20Sd/258/2014 - 19 zo dňa 11.3.2015 bolo zrušené rozhodnutie Sociálnej poisťovne č. XXX XXX XXXX X zo dňa 12.júna 2014. V rámci realizácie rozsudku Krajského súdu v Banskej Bystrici bol posudkový lekár sociálneho poistenia Sociálnej poisťovne, ústredie so sídlom v Banskej Bystrici požiadaný o opätovné posúdenie zdravotného stavu navrhovateľa. Jeho zdravotný stav bol posúdený dňa 2.7.2015 so záverom, že je invalidný podľa § 71 ods. 1 zákona č. 461/2003 Z.z. o sociálnom poistení od 17.júna 2015 a miera poklesu jeho schopnosti vykonávať zárobkovú činnosť je 60 %. Súčasťou odôvodnenia rozhodnutia je aj posudok posudkového lekára sociálneho poistenia Sociálnej poisťovne, pobočky Banská Bystrica, ktorý tvorí II. časť Lekárskej správy z 2.7.2015. týmto bol realizovaný rozsudok Krajského súdu v Banskej Bystrici č. 20Sd/258/2014 - 19 zo dňa 11.3.2015. Navrhovateľ podal proti tomuto rozhodnutiu v zákonom stanovenej lehote návrh na preskúmanie, v ktorom žiadal o spätné vyplatenie invalidného dôchodku odo dňa skončenia poberania nemocenských dávok t.j. od 09.03.2014 do 16.06.2015 z dôvodu, že jeho diagnóza sa nezmenila ani počas tohto obdobia. Odporkyňa v písomnom stanovisku zo dňa 10.12.2015 uviedla právne a skutkové dôvody, pre ktoré žiadala napadnuté rozhodnutie potvrdiť ako vecne správne. Krajský súd preskúmal napadnuté rozhodnutie a postup odporkyne pred jeho vydaním na pojednávaní dňa 20. 07. 2016 v zmysle § 250l O.s.p., oboznámil sa s pripojenými listinnými dôkazmi, vypočul odporkyňu a navrhovateľa a dospel k záveru, že napadnuté rozhodnutie je potrebné zrušiť a vec vrátiť odporkyni na ďalšie konanie. Navrhovateľ na pojednávaní trval na podanom opravnom prostriedku a nesúhlasil so závermi posudkových lekárov, že jeho ochorenie vzniklo alebo spĺňalo invaliditu len od operácie 17.6.2015, predložil súdu kópie lekárskych nálezov od roku 2014, ktoré dokumentujú to, že už vtedy trpel závažnými ochoreniami Z., C., jednu C. má vybratú. Odporkyňa na pojednávaní sa plne pridržiavala písomného stanoviska SP zo dňa 10.12.2015 v zmysle ktorého žiadala napadnuté rozhodnutie č. XXX XXX XXXX X zo dňa 30.07.2015 potvrdiť ako vecne správne. Poukázala na posudky posudkových lekárov, ktoré zhodnotili zdravotný stav navrhovateľa, vychádzajúc z odborných lekárskych nálezov aj z tých nálezov, ktoré navrhovateľ predložil na dnešnom pojednávaní, teda so záverom, že invaliditu naplnil až 17.06.2015. Podľa § 132 O.s.p. dôkazy súd hodnotí podľa svojej úvahy, a to každý dôkaz jednotlivo a všetky dôkazy v ich vzájomnej súvislosti; pričom starostlivo prihliada na všetko, čo vyšlo za konania najavo, včítane toho, čo uviedli účastníci. Podľa ust.§ 71 ods.1 zák.č.461/2003 Z.z. o sociálnom poistení poistenec je invalidný, ak pre dlhodobo nepriaznivý zdravotný stav má pokles schopnosti vykonávať zárobkovú činnosť o viac ako 40% v porovnaní so zdravou fyzickou osobou. Dlhodobo nepriaznivý zdravotný stav je taký zdravotný stav, ktorý spôsobuje pokles schopnosti vykonávať zárobkovú činnosť a ktorý má podľa poznatkov lekárskej vedy trvať dlhšie ako jeden rok.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Miera poklesu schopnosti vykonávať zárobkovú činnosť v percentách sa určuje podľa druhu zdravotného postihnutia, ktoré je rozhodujúcou príčinou dlhodobo nepriaznivého zdravotného stavu, a so zreteľom na závažnosť ostatných zdravotných postihnutí. Percentuálna miera poklesu zárobkovej činnosti podľa druhu zdravotného postihnutia orgánov a systémov je obsiahnutá v prílohe č.4 k zákonu č. 461/2003 Z.z. Posúdenie dlhodobosti nepriaznivého zdravotného stavu a jeho následkov na pracovnú .schopnosť občana vyžaduje odborné lekárske vedomosti a vo veciach sociálneho poistenia aj pre účely súdneho konania ju vykonávajú posudkoví lekári. Podľa § 153 ods.5 zákona č. 461/2003 Z.z. lekársku posudkovú činnosť dôchodkového poistenia vykonáva posudkový lekár sociálneho poistenia príslušnej pobočky a posudkový lekár sociálneho poistenia ústredia Sociálnej poisťovne. Rozsudkom krajského súdu č.k. 20Sd/258/2017-19 zo dňa 11.03.2015 bolo zrušené rozhodnutie odporkyne č. XXX XXX XXXX zo dňa 12.06.2014, ktorým zamietla žiadosť navrhovateľa o priznanie invalidného dôchodku lebo navrhovateľ mal mieru poklesu schopnosti vykonávať zárobkovú činnosť 30 %. Krajský súd vec vrátil odporkyni na ďalšie konanie a určil, že odporkyňa opätovne posúdi zdravotný stav navrhovateľa v prítomnosti prísediaceho lekára gastroenterológa. Na základe uvedeného rozsudku bol zdravotný stav navrhovateľa posúdený posudkovým lekárom Sociálnej poisťovne ústredie v Banskej Bystrici v posudku zo dňa 02.07 .2015 so záverom, že navrhovateľ je invalidný od 17.06.2015 so 60 % mierou poklesu schopnosti vykonávať zárobkovú činnosť. Na základe opravného prostriedku bol zdravotný stav navrhovateľa posúdený posudkovým lekárom Sociálnej poisťovne ústredie so sídlom v Banskej Bystrici v posudku zo dňa 01.12.2015 so záverom, že je invalidný so 60 % mierou poklesu schopnosti vykonávať zárobkovú činnosť. Posudkový lekár ako rozhodujúce zdravotné postihnutie uviedol choroby tráviacej sústavy - kapitola X., choroby Z. - oddiel B, položka 3 - zhubný nádor žalúdka, čiastočné odstránenie Z. v rannom štádiu - písm. a) a ako iné zdravotné postihnutie uviedol ostatné ochorenia. Posudkový lekár v túvode posudku uviedol, že Sociálna poisťovňa, ústredie Bratislava, vysunuté pracovisko Banská Bystrica nemá z dôvodu pracovnej vyťaženosti odborných lekárov z odvetvia gastroenterológie uzavretú Dohodu o vykonaní práce s prísediacim odborným lekárom so špecializáciou v odbore gastroenterológia, a preto posudkový lekár so súhlasom posudzovaného požiadal o kompletné zhodnotenie zdravotného stavu účastníka konania a vyjadrenia sa k funkčnej poruche zo strany zažívacieho traktu pri ťažkej chronickej atrofikcie gastritíde a mikrokarcinoidoch. Zdravotný stav posúdený po predložení odborného stanoviska a ďalších odborných nálezov dňa 2.7.2015 s posudkovým záverom: je invalidný, miera poklesu schopnosti vykonávať zárobkovú činnosť je 60 % od 17.6.2015 pre ochorenie Z.. V posudku boli ďalej uvedené tieto choroby neuroendokrinné nádory Z., stp. po laparoskopickej resekcii časti Z., chronická atrofická gastritída, stp. po odstránení nefunkčnej L. C., hypertenzia. Posudkový lekár v celkovom posudku uviedol, že dátum vzniku zodpovedá riešeniu klinického stavu operáciou, tj. 17.06.2015. V čase ukončenia dočasnej pracovnej neschopnosti dňa 9.03.2014 podľa priebežných a citovaných odborných nálezov dokumentované zlepšenie celkového stavu - úprava pernicióznej anémie, úprava hmotnosti s GFS nálezom vyžadujúcim len dispenzarizáciu a podpornú liečbu, preto v uvedenom období ochorenie, aj keď bolo prítomné, nespĺňalo kritériá pre stanovenie vyššieho percenta miery poklesu schopnosti vykonávať zárobkovú činnosť. Podľa § 195 ods. 1 zák. č. 461/2003 Z.z. organizačná zložka Sociálnej poisťovne pred vydaním rozhodnutia postupuje tak, aby presne a úplne zistila skutočný stav veci, a na ten účel obstará potrebné podklady na rozhodnutie. Podľa ods. 2 cit. ust. podkladom na rozhodnutie sú najmä podania, návrhy a vyjadrenia účastníkov konania, dôkazy, čestné vyhlásenia, ako aj skutočnosti všeobecne známe alebo známe organizačnej zložke Sociálnej poisťovne z jej činnosti. Podľa ods. 3 cit. ust. organizačná zložka Sociálnej poisťovne pri posudzovaní veci objasňuje rovnako dôkladne všetky rozhodujúce skutočnosti bez ohľadu na to, či svedčia v prospech, alebo v neprospech účastníka konania. Podľa § 196 ods. 1 cit. zák.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ods. 4 cit. ust. účastník konania, fyzická osoba alebo právnická osoba zúčastnená na konaní, ktorí majú listiny, ktoré môžu byť dôkazom, sú povinní na výzvu organizačnej zložky Sociálnej poisťovne tieto listiny predložiť. V zmysle cit. ust. odporkyňa je povinná vykonať dokazovanie a dôkazom je všetko, čo môže prispieť k zisteniu a objasneniu skutočného stavu, najmä výpovede a vyjadrenia účastníkov, odborné posudky, znalecké posudky. Okrem dôkazov navrhnutých účastníkom konania je organizačná zložka poisťovne povinná vykonať aj iné dôkazy, ktoré účastník nenavrhol, ak sú potrebné na zistenie a objasnenie skutočného stavu veci. Súd posúdil posudky posudkových lekárov v zmysle kritérií stanovených zákonom a dospel k záveru, že predložené posudky nespĺňajú tieto kritéria, nezhodnotili objektívne zdravotný stav navrhovateľa a preto nemôžu byť podkladom pre zhodnotenie miery poklesu schopnosti vykonávať zárobkovú činnosť. Súd pri posúdení posudkov posudkových lekárov zistil, že tieto sú v rozpore s odbornými lekárskymi nálezmi pokiaľ ide o určenie dátumu invalidity. Súd z ambulantnej správy transplantačnej chirurgie. K. zo dňa 29.11.2013 zistil, že navrhovateľovi bola diagnostikovaná S. - zhubný nádor tela Z.. Súd zo správy o vykonanej biopsii zo dňa 13.02.2014 zistil, že navrhovateľ trpí na diagnózu W. susp.NET Z.. Navrhovateľ predložil súdu nálezy z gastroenterologických vyšetrení zo dňa 25.06.2014, 13.10.2014, 11.11.2014, v ktorých je uvedená diagnóza: ťažká chronická atrofická gasritída s intestinálnou metapláziou so známkami hyperpláizie neuoedokrinných buniek a s nálezom viacpočetných mikrokracinoidov. Vzhľadom na ťažkú chronickú atrofickú gastritídu a intestinálnu metapláziu je pacient rizikový aj z hľadiska možného vývoja adenoca Z., nielen karcinoidov. Z nálezu zo dňa 18.05.2015 súd zistil tento záver: Viacpočetné drobné karcinoidy Z. - tela - 1. Typu v teréne CAG, s nárastom počtu z pôvodne 5, potom 7, tč. 8. Vzhľadom na pretrvávajúce bolesti Z. a nárast počtu a čiastočne aj veľkosti drobných karcinoidov - bez známok regresie na substitučnej liečbe HCL pepsínom (síce zlepšenie trávenia a pribratie na hmotnosti) je indikovaná antrektomia na zníženie produkcie gastrínu, po ktorej dochádza k regresii karcinoidov - závislých na trofickom účinku gastrínu. Z uvedených nálezov nesporne vyplýva, že navrhovateľ trpel na diagnózu, pre ktorú bol uznaný invalidným už od roku 2013, a pre ktorú bol dlhodobo práceneschopný. Z vykonaného dokazovania súd mal preukázané, že v danej veci neprebehlo konanie v zmysle § 195 a nasl. zák. č. 461/2003 Z.z. o sociálnom poistení, zdravotný .stav navrhovateľa nebol posúdený objektívne, komplexne a presvedčivo v zmysle § 71 zák.č.461/2003 Z.z. o sociálnom poistení. Na základe takto vykonaného posúdenia zákonnosti súd napadnuté rozhodnutie zrušil podľa § 250l ods.2 a § 250j ods.2 písm. c), d) O.s.p., vec vrátil na ďalšie konanie, v ktorom odporkyňa zabezpečí opätovné posúdenie dátumu vzniku invalidity navrhovateľom súdnym znalcom príslušného odboru. Súd náhradu trov konania posúdil podľa § 250l ods.2 v spojitosti s § 250k ods.1 O.s.p., navrhovateľ v konaní bol úspešný, ale náhradu trov konania si neuplatnil a preto mu súd nepriznal náhradu trov konania. Poučenie: Proti tomuto rozsudku nie je prípustné odvolanie.</w:t>
      </w:r>
    </w:p>
    <w:p/>
    <w:p>
      <w:r>
        <w:t>Zdroj: KAUZIS.SK – https://www.kauzis.sk/judikatura/r/ECLI:SK:KSBB:2016:6015201527.1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