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20Sd/374/2015 z 25. 9. 2016</w:t>
      </w:r>
    </w:p>
    <w:p>
      <w:r>
        <w:t>Opravné uznesenie Krajského súdu Banská Bystrica z 25. septembra 2016, sp. zn. 20Sd/374/2015, ECLI:SK:KSBB:2016:6015201527.2</w:t>
      </w:r>
    </w:p>
    <w:p>
      <w:r>
        <w:t>Súd: Krajský súd Banská Bystrica</w:t>
      </w:r>
    </w:p>
    <w:p>
      <w:r>
        <w:t>Spisová značka: 20Sd/374/2015</w:t>
      </w:r>
    </w:p>
    <w:p>
      <w:r>
        <w:t>ECLI: ECLI:SK:KSBB:2016:6015201527.2</w:t>
      </w:r>
    </w:p>
    <w:p>
      <w:r>
        <w:t>Dátum vydania: 25. 9.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20Sd/374/2015 Identifikačné číslo súdneho spisu: 6015201527 Dátum vydania rozhodnutia: 26. 09. 2016 Meno a priezvisko sudcu, VSÚ: JUDr. Jarmila Badíková ECLI: ECLI:SK:KSBB:2016:6015201527.2 Opravné uznesenie Krajský súd v Banskej Bystrici v konaní pred samosudkyňou JUDr. Jarmilou Badíkovou v právnej veci navrhovateľa: T. X., X. XXX/XX, XXX XX V., proti odporkyni: Sociálna poisťovňa, ústredie, ul. 29. augusta č. 8, 813 63, Bratislava o preskúmanie rozhodnutia o invalidnom dôchodku,vo veci opravy výroku rozsudku Krajského súdu v Banskej Bystrici, č.k. 20Sd/374/2015-29 zo dňa 20. júla 2016, takto r o z h o d o l : Súd opravuje výrok rozsudku Krajského súdu v Banskej Bystrici sp. zn.: 20Sd/374/2015-29 zo dňa 20. júla 2016 v časti dátumu vydania rozhodnutia odporkyne č. XXX XXX XXXX X, kde bol nesprávne uvedený dátum 30. septembra 2015 tak, že správne znie: „Rozhodnutie odporkyne č. XXX XXX XXXX X zo dňa 30. júla 2015 z r u š u j e podľa § 250l ods. 2 a § 250j ods. 2 písm. c/, d/ O.s.p. a vec vracia odporkyni na ďalšie konanie. Navrhovateľovi nepriznáva právo na náhradu trov konania. o d ô v o d n e n i e : Krajský súd rozsudkom 20Sd/374/2015 - 29 zo dňa 20. júla 2016 rozhodnutie odporkyne č. XXX XXX XXXX X zo dňa 30. júla 2015 zrušil podľa § 250l ods. 2 a § 250j ods. 2 písm. c/, d/ O.s.p. a vec vrátil odporkyni na ďalšie konanie. Navrhovateľovi nepriznáva právo na náhradu trov konania. Podľa § 250l ods. 2 O.s.p.; pokiaľ v tejto hlave nie je ustanovené inak, použije sa primerane ustanovenie druhej hlavy s výnimkou § 250a. Podľa § 246c ods. 1 O.s.p.;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157 ods.1 O.s.p. v písomnom vyhotovení rozsudku sa po slovách "V mene Slovenskej republiky"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Pretože krajský súd pri písaní rozsudku 20Sd/374/2015-29 zo dňa 20. júla 2016 v jeho výroku nesprávne uviedol dátum vydania rozhodnutia odporkyne, súd túto zrejmú nesprávnosť, ktorá nastala pri vyhotovovaní rozsudku, odstránil vydaním opravného uznesenia s uvedením príslušného dátumu vydania rozhodnutia odporkyne. Vzhľadom na vyššie uvedené krajský súd rozhodol tak, ako je uvedené vo výrokovej časti tohto uznesenia. Poučenie: Proti tomuto uzneseniu nie je prípustné odvolanie.</w:t>
      </w:r>
    </w:p>
    <w:p/>
    <w:p>
      <w:r>
        <w:t>Zdroj: KAUZIS.SK – https://www.kauzis.sk/judikatura/r/ECLI:SK:KSBB:2016:6015201527.2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