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24Sp/83/2015 z 27. 1. 2016</w:t>
      </w:r>
    </w:p>
    <w:p>
      <w:r>
        <w:t>Rozsudok Krajského súdu Banská Bystrica z 27. januára 2016, sp. zn. 24Sp/83/2015, ECLI:SK:KSBB:2016:6015201562.1</w:t>
      </w:r>
    </w:p>
    <w:p>
      <w:r>
        <w:t>Súd: Krajský súd Banská Bystrica</w:t>
      </w:r>
    </w:p>
    <w:p>
      <w:r>
        <w:t>Spisová značka: 24Sp/83/2015</w:t>
      </w:r>
    </w:p>
    <w:p>
      <w:r>
        <w:t>ECLI: ECLI:SK:KSBB:2016:6015201562.1</w:t>
      </w:r>
    </w:p>
    <w:p>
      <w:r>
        <w:t>Dátum vydania: 27. 1. 2016</w:t>
      </w:r>
    </w:p>
    <w:p>
      <w:r>
        <w:t>Forma: Rozsudok</w:t>
      </w:r>
    </w:p>
    <w:p>
      <w:r>
        <w:t>Oblasť práva: Správne právo, Správne právo</w:t>
      </w:r>
    </w:p>
    <w:p>
      <w:pPr>
        <w:pStyle w:val="Heading2"/>
      </w:pPr>
      <w:r>
        <w:t>Text rozhodnutia</w:t>
      </w:r>
    </w:p>
    <w:p>
      <w:r>
        <w:t>Súd: Krajský súd Banská Bystrica Spisová značka: 24Sp/83/2015 Identifikačné číslo súdneho spisu: 6015201562 Dátum vydania rozhodnutia: 28. 01. 2016 Meno a priezvisko sudcu, VSÚ: JUDr. Drahomíra Mikulajová ECLI: ECLI:SK:KSBB:2016:6015201562.1 ROZSUDOK V MENE SLOVENSKEJ REPUBLIKY Krajský súd v Banskej Bystrici v konaní pred samosudkyňou JUDr. Drahomírou Mikulajovou v právnej veci navrhovateľa: POHOTOVOSŤ, s.r.o., Pribinova 25, 811 09 Bratislava, IČO: 35 807 598, proti odporcovi: Okresný úrad Rimavská Sobota, katastrálny odbor, ul. Kraskova 2, 979 01 Rimavská Sobota, za účasti: E. D., rod. D., nar. XX.XX.XXXX, bytom P. č. d. X, XXX XX P., o preskúmanie zákonnosti rozhodnutia odporcu č. V 2148 /2015 zo dňa 06.10.2015, takto r o z h o d o l : I/ Krajský súd rozhodnutie odporcu č. V 2148/2015 zo dňa 06. októbra 2015 p o t v r d z u j e . II/ Navrhovateľovi náhradu trov konania n e p r i z n á v a . III/ Navrhovateľ je p o v i n n ý zaplatiť súdny poplatok 35,- Eur, do troch dní odo dňa právoplatnosti tohto rozhodnutia. o d ô v o d n e n i e : Odporca rozhodnutím V 2148/2015 zo dňa 06.10.2015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XXX/XXXX-ŠTE zo dňa 15.07.2015 uzavretej medzi záložcom E. D. , v zast. zástupcom DSS Nestor o.z., Stred 449, 027 05 Zázrivá (do zmeny názvu a sídla združenia dňa 30.10.2014 ProHelp - združenie občianskoprávnej pomoci so sídlom Povraznícka 18, 811 05 Bratislava) a záložným veriteľom Pohotovosť, s.r.o., predmetom ktorej je zriadenie záložného práva k nehnuteľnostiam zapísaným v katastrálnom území P., obec P., okres W. I. na LV č. XX ako pozemok CKN parc. č. XX/X, zastavené plochy a nádvoria o výmere 913 m2, ktorých je záložkyňa bezpodielovou spoluvlastníčkou spolu s manželom k podielu 1.. Odporca rozhodnutie odôvodnil v podstate tým že po preskúmaní zmluvy predloženej na vklad v zmysle ustanovenia § 31 ods. 1 zákona č. 162/1995 Z. z. dospel k záveru o nutnosti zamietnuť návrh na vklad podľa § 31 ods. 3 tohto zákona. Konštatoval, že zmluvu o zriadení záložného práva za záložcu podpísal dňa 15.07.2015 predseda združenia DSS Nestor o.z. na základe dohody o plnomocenstve zo dňa 12.03.2014. V zmysle ustanovenia § 5a ods. 4 zákona č. 250/2007 Z. z. v znení novely č. 102/2014 Z. z. účinnej od 01.05.2014 je právny úkon, ktorým spotrebiteľ splnomocňuje tretiu osobu na uzavretie dohody o zabezpečení splnenia záväzku spotrebiteľa zo spotrebiteľskej zmluvy, v tomto prípade sa jedná o záložnú zmluvu, v mene spotrebiteľa, neplatný. Predmetná záložná zmluva je preto uzavretá v rozpore so zákonom. Ďalej uviedol, že došlo k porušeniu § 22 ods. 2 Občianskeho zákonníka (ďalej v texte OZ), nakoľko záujmy zástupcu sú v rozpore so záujmami zastúpeného. Dohoda o plnej moci je vyhotovená na predtlačenom formulári s predtlačeným názvom a sídlom splnomocnenca, podmienkami a ručne vypísanými kolónkami s menom a adresou splnomocniteľa, špecifikáciou nehnuteľností. Vo formulári bola už vopred vypísaná jediná varianta zástupcu, čo svedčí o tom, že záložný veriteľ - Pohotovosť vopred určil osobu, ktorá bude oprávnená za splnomocniteľa konať a teda splnomocniteľovi bolo odňaté právo slobodne sa rozhodnúť, kto ho bude zastupovať v jeho záležitostiach. Zo samotných podmienok uvedených v dohode o plnej moci vyplýva, že účelom tejto dohody je zabezpečenie návratnosti poskytnutého úveru a zástupca koná najmä v záujme záložného veritelia a to neumožňuje, aby jeho konanie zároveň bolo aj v záujme zastúpeného. Dohoda o plnej moci k úverovej zmluve č. XXXXXXXXX bola podpísaná zo strany splnomocniteľa v Rimavskej Sobote dňa 12.3.2014 a zo strany splnomocnenca dňa 12.3.2014 v Bratislave. Je zrejmé, že splnomocnenec nebol dňa 12.3.2014 v Rimavskej Sobote pri podpise návrhu na uzavretie dohody o splnomocnení.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v stanovisku k odvolaniu zo dňa 03.12.2015 trval na zákonnosti napadnutého rozhodnutia, ktoré žiadal potvrdiť. Súd vec prejednal na pojednávaní v neprítomnosti účastníkov konania, ktorí napriek riadnemu predvolaniu nevyužili svoje právo zúčastniť sa pojednávania. Všetci požiadali o ospravedlnenie neúčasti. Účastníčka konania E. D. v písomnom stanovisku doručenom súdu dňa 08.01.2016 uviedla, že súhlasí s rozhodnutím Okresného úradu - katastrálneho odboru o zamietnutí návrhu na vklad záložnej zmluvy.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07.09.2015 na Okresnom úrade Rimavská sobota, katastrálnom odbore podal návrh na vklad záložného práva do katastra nehnuteľností podľa Zmluvy o zriadení záložného práva č. XXX/XXXX-ŠTE zo dňa 15.07.2015, ktorá bola uzavretá podľa § 151a a nasl. OZ medzi záložným veriteľom POHOTOVOSŤ, s.r.o. a záložcom E. D., v zastúpení zástupcom na základe dohody o splnomocnení: DSS Nestor, o.z. Stred 449, 027 05 Zázrivá ( predtým ProHelp - združenie občianskoprávnej pomoci), za ktoré zmluvu podpísal N. K. - predseda združenia. Súd poznamenáva, že k zmene názvu a sídla občianskeho združenia ProHelp došlo dňa 30.10.2014, po zapísaní zmeny Stanov v registri občianskych združení vedenom na Ministerstve vnútra SR.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12.03.2014, najmä na zabezpečenie istiny vo výške 200,- euro,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„N. K. - predseda občianskeho združenia ProHelp“. V bode 4. dohody sú dopísané ručne v kolónkach nehnuteľnosti vo vlastníctve splnomocniteľa. Splnomocniteľ zmluvu podpísal v Rimavskej Sobote dňa 12.03.2014, t.j v deň uzatvorenia zmluvy o úvere a zástupca združenia ProHelp N. K. - predseda, zmluvu podpísal v Bratislave v ten istý deň, t.j. 12.03.2014.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zo dňa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 53 ods. 1 druhá veta O.s.p.).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sp.zn. 1Sžr 135/2012 zo dňa 11.06.2013. Navyše, v súčasnosti platná právna úprava (§ 53 ods. 5 OZ v spojení s § 53 ods. 4 písm. s/ OZ v znení platnom od 13.06.2014) považuje už explicitne takéto zmluvné dojednanie za neplatné. Záložná zmluva bola uzavretá dňa 15.07.2015, t.j. už v období účinnosti v tejto časti novelizovaného Občianskeho zákonníka.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Súdny prieskum v predmetnom konaní bol daný iba rozsahom odvolacích námietok (súd posudzoval ich opodstatnenosť vo vzťahu k napadnutému rozhodnutiu) a tiež posudzovaním, či právam spotrebiteľa bola poskytnutá náležitá ochrana v zmysle vyššie uvedenej judikatúry Najvyššieho súdu SR, čo musí súd preveriť vždy aj bez výslovných námietok účastníkov konania. Súd preto nemal dôvod zaoberať sa aj ďalším dôvodmi, ktoré by mohli mať vplyv na zamietnutie vkladu (režim BSM k zálohu).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