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20Sd/384/2015 z 26. 7. 2016</w:t>
      </w:r>
    </w:p>
    <w:p>
      <w:r>
        <w:t>Uznesenie Krajského súdu Banská Bystrica z 26. júla 2016, sp. zn. 20Sd/384/2015, ECLI:SK:KSBB:2016:6015201578.2</w:t>
      </w:r>
    </w:p>
    <w:p>
      <w:r>
        <w:t>Súd: Krajský súd Banská Bystrica</w:t>
      </w:r>
    </w:p>
    <w:p>
      <w:r>
        <w:t>Spisová značka: 20Sd/384/2015</w:t>
      </w:r>
    </w:p>
    <w:p>
      <w:r>
        <w:t>ECLI: ECLI:SK:KSBB:2016:6015201578.2</w:t>
      </w:r>
    </w:p>
    <w:p>
      <w:r>
        <w:t>Dátum vydania: 26.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20Sd/384/2015 Identifikačné číslo súdneho spisu: 6015201578 Dátum vydania rozhodnutia: 27. 07. 2016 Meno a priezvisko sudcu, VSÚ: JUDr. Jarmila Badíková ECLI: ECLI:SK:KSBB:2016:6015201578.2 Uznesenie Krajský súd v Banskej Bystrici v právnej veci navrhovateľky: Y. M., nar. XX. S. XXXX, bytom S. č. XX, U., proti odporkyni: Sociálna poisťovňa, ústredie, Ul. 29. augusta č. 8, 813 63 Bratislava, o preskúmanie rozhodnutia odporkyne č. XXX XXX XXXX X zo dňa 3. septembra 2015, takto r o z h o d o l : Konanie vo veci rozhodnutia odporkyne č. XXX XXX XXXX X zo dňa 3. septembra 2015 z a s t a v u j e. Žiaden z účastníkov nemá právo na náhradu trov konania. o d ô v o d n e n i e : Odporkyňa rozhodnutím č. XXX XXX XXXX X zo dňa 3. septembra 2015 rozhodla o zamietnutí žiadosti navrhovateľky o priznanie invalidného dôchodku. Navrhovateľka podala proti uvedenému rozhodnutiu odporkyne opravný prostriedok, v ktorom poukázala na svoj zlý zdravotný stav. Pred rozhodnutím veci na krajskom súde, podaním zo dňa 25. júla 2016, navrhovateľka zobrala podaný opravný prostriedok späť. Podľa § 250l ods. 2 Občianskeho súdneho poriadku (ďalej len „OSP“) pokiaľ v tejto hlave nie je ustanovené inak, použije sa primerane ustanovenie druhej hlavy s výnimkou § 250a. Podľa § 250h ods. 2 OSP až do rozhodnutia súdu môže žalobca vziať žalobu späť; ak žalovanému medzitým vznikli trovy konania, súd rozhodne o ich náhrade. Podľa § 250d ods. 3 OSP súd uznesením konanie zastaví, okrem iných dôvodov aj vtedy, ak žaloba bola vzatá späť /§ 250h ods. 2/. Vzhľadom na späťvzatie opravného prostriedku, ktorý je návrhom na začatie konania podľa § 250m ods. 1 OSP, súd v súlade s citovanými ustanoveniami konanie zastavil. Súd o náhrade trov konania rozhodol podľa § 250l ods. 2, § 246c a § 146 ods. 1 písm. c) OSP, podľa ktorého žiaden z účastníkov nemá právo na náhradu trov konania podľa jeho výsledku, ak konanie bolo zastavené.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https://www.kauzis.sk/judikatura/r/ECLI:SK:KSBB:2016:6015201578.2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