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20Sd/389/2015 z 23. 8. 2016</w:t>
      </w:r>
    </w:p>
    <w:p>
      <w:r>
        <w:t>Rozsudok Krajského súdu Banská Bystrica z 23. augusta 2016, sp. zn. 20Sd/389/2015, ECLI:SK:KSBB:2016:6015201591.1</w:t>
      </w:r>
    </w:p>
    <w:p>
      <w:r>
        <w:t>Súd: Krajský súd Banská Bystrica</w:t>
      </w:r>
    </w:p>
    <w:p>
      <w:r>
        <w:t>Spisová značka: 20Sd/389/2015</w:t>
      </w:r>
    </w:p>
    <w:p>
      <w:r>
        <w:t>ECLI: ECLI:SK:KSBB:2016:6015201591.1</w:t>
      </w:r>
    </w:p>
    <w:p>
      <w:r>
        <w:t>Dátum vydania: 23. 8. 2016</w:t>
      </w:r>
    </w:p>
    <w:p>
      <w:r>
        <w:t>Forma: Rozsudok</w:t>
      </w:r>
    </w:p>
    <w:p>
      <w:r>
        <w:t>Oblasť práva: Správne právo</w:t>
      </w:r>
    </w:p>
    <w:p>
      <w:pPr>
        <w:pStyle w:val="Heading2"/>
      </w:pPr>
      <w:r>
        <w:t>Text rozhodnutia</w:t>
      </w:r>
    </w:p>
    <w:p>
      <w:r>
        <w:t>Súd: Krajský súd Banská Bystrica Spisová značka: 20Sd/389/2015 Identifikačné číslo súdneho spisu: 6015201591 Dátum vydania rozhodnutia: 24. 08. 2016 Meno a priezvisko sudcu, VSÚ: JUDr. Jarmila Badíková ECLI: ECLI:SK:KSBB:2016:6015201591.1 ROZSUDOK V MENE SLOVENSKEJ REPUBLIKY Krajský súd v Banskej Bystrici v konaní samosudkyňou JUDr. Jarmilou Badíkovou v právnej veci navrhovateľa: O. N., nar. XX. P. XXXX, bytom B.. Z. XXXX/XX, XXX XX R., proti odporkyni: Sociálna poisťovňa, ústredie, ul. 29. augusta č. 8, 813 63 Bratislava, o preskúmanie rozhodnutia o invalidnom dôchodku takto r o z h o d o l : Rozhodnutie odporkyne č. XXX XXX XXXX X zo dňa 7. augusta 2015 z r u š u j e podľa § 250l ods. 2 a § 250j ods. 2 písm. c/, d/ O.s.p. a vec vracia odporkyni na ďalšie konanie. Navrhovateľovi nepriznáva právo na náhradu trov konania. o d ô v o d n e n i e : Odporkyňa rozhodnutím č. XXX XXX XXXX X z 07.08.2015 zamietla žiadosť navrhovateľa o priznanie invalidného dôchodku s odôvodnením, že nie je invalidný podľa § 70 a § 71 zákona č. 461/2003 Z. z. o sociálnom poistení /ďalej len zsp/, pretože podľa posudku posudkového lekára SP pobočka Zvolen z 09.07.2015 miera poklesu schopnosti vykonávať zárobkovú činnosť u navrhovateľa je 35 %. Navrhovateľ podal voči uvedenému rozhodnutiu opravný prostriedok s odvolaním sa na svoj zlý zdravotný stav a žiadal jeho prehodnotenie. Navrhovateľ namietol aj spôsob posúdenia jeho zdravotného stavu posudkovými lekármi. Odporkyňa v písomnom stanovisku zo dňa 11.01.2016 uviedla právne a skutkové dôvody, pre ktoré žiadala napadnuté rozhodnutie potvrdiť ako vecne správne. Krajský súd preskúmal napadnuté rozhodnutie a postup odporkyne pred jeho vydaním na pojednávaní dňa 24.08.2016 v zmysle § 250l OSP, oboznámil sa s pripojenými listinnými dôkazmi, vypočul odporkyňu, vec preskúmal v neprítomnosti navrhovateľky a dospel k záveru, že napadnuté rozhodnutie je potrebné zrušiť a vec vrátiť odporkyni na ďalšie konanie. Súd ospravedlnil neprítomnosť navrhovateľa na pojednávaní a pri rozhodovaní vo veci prihliadol na dôvody uvedené v podanom opravnom prostriedku. Odporkyňa na pojednávaní žiadala napadnuté rozhodnutie potvrdiť ako vecne správne, poukázala na posudkových lekárov jednak na pobočke ako aj ústredí, ktorí opätovne posúdili zdravotný stav navrhovateľa so záverom, že nie je invalidný, lebo má 35 % mieru poklesu schopnosti vykonávať zárobkovú činnosť. Posudkoví lekári ako rozhodujúce postihnutie uviedli ochorenie močového ústrojenstva a nehodnotili pridružené ochorenia, pretože sú podľa ich názoru ľahkého stupňa.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navrhovateľa opätovne posudkový lekár SP- ú, pracovisko v Banskej Bystrici v posudku zo dňa 11.12.2015 so záverom, že nie je invalidný podľa § 71 ods. 1 zákona. č. 461/2003 Z. z. o sociálnom poistení, lebo pre dlhodobo nepriaznivý zdravotný stav má pokles schopnosti vykonávať zárobkovú činnosť 35 % v porovnaní so zdravou fyzickou osobou. Posudkový lekár ako rozhodujúce zdravotné postihnutie uviedol kapitola XI - choroby močovej sústavy, oddiel B - choroby močových ciest, položka 3 - zhubný nádor močového mechúra, písm. a/ - po odstránení v rannom štádiu (H.) ako ďalšie choroby: zhubný národ prednej steny močového mechúra, stav po opakovanej transuretrálnej resekcii filiformných TU močového mechúra, dorzalgie, koxartróza vpravo 2. st. V celkovom posudku posudkový lekár uviedol, že u navrhovateľa je pre stanovenie miery poklesu schopnosti vykonávať zárobkovú činnosť rozhodujúce nádorové ochorenie močového mechúra. Prvé prejavy boli v roku 2012 s klasifikáciou H., histologicky na úrovni 1. st. (W. G.). Pri uvedenom histologickom náleze a klasifikácii, aj napriek recidívam so vznikom drobných tumorov, stav nevyžaduje žiadnu onkologickú liečbu, len dispenzár. V súvislosti s týmto ochorením nie sú preukázané ani žiadne iné prípadné sekundárne zmeny. Bolesti chrbtice, so zintenzívnením v ostatnom období, sú na poklade degeneratívnych zmien (zodpovedajúce dosiahnutému veku) funkčne ale s ľahkým obmedzením statodnymiky, bez trvalého koreňového dráždenia, ktoré by vyžadovalo intenzívnu liečbu. Rovnako RTG potvrdená artróza pravého bedrového kĺbu je ľahkého stupňa, primeraná veku. Môže vykonávať jednoduché práce v súlade s dosiahnutým vzdelaním. Týmto bol potvrdený posudok o posúdení zdravotného stavu navrhovateľa posudkovým lekárom SP pobočka Zvolen,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navrhovateľa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navrhovateľa zohľadnili vplyv ochorenia na pracovný potenciál navrhovateľa,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porovnaním posudkov posudkových lekárov s odbornými lekárskymi nálezmi zistil, že posudkoví lekári posúdili zdravotný stav navrhovateľa odlišne ako odborní lekári. Navrhovateľovi bol v roku 2012 odstránený zhubný nádor prednej steny močového mechúra diagnóza Y. s opakujúcimi sa recidívami v roku 2014 a v roku 2015, ktoré sú dôkazom toho, že stav nie je stabilizovaný a navrhovateľ sa podrobuje opakovane operačným zákrokom. Súd z nálezu ošetrujúceho neurológa zo dňa 25.11.2015 zistil tento záver: miltisegmentárne protrúzie v L2-S1 so sek. relatívnou stenózou spin. kanála, lat. recesy v seb. L4-S1 aj NF sek, zúžené na podklade protrúzii, spondylóza a interv. artróza, osteochondróza v seg. L2 - S1, difúne spondylotické zmeny, RTG C chrbtica, osteochodnróza diskov s ventrolat. osteofytmi v C5/6 a C6/7, Th miera dextrokonvexná skolióza, ortp. vyš. coxarthrosis. Súd z nálezu ortopéda zo dňa 25.11.2015 zistil, že navrhovateľ trpí na tieto diagnózy: polytopný VAS, CB sy et LIS chron, coxartrosis paecipue I.dx.gr. IIa. Podľa názoru súdu ide o ochorenie pohybového aparátu, ktoré tiež ovplyvňuje pracovnú schopnosť navrhovateľa a ktoré posudkoví lekári nezohľadnili pri určovaní miery poklesu schopnosti vykonávať zárobkovú činnosť.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odporkyňa opätovne posúdi zdravotný stav navrhovateľky v zmysle záverov uvedených v tomto rozsudku a v zmysle § 71 ods. 4, 6 a 8 zsp.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https://www.kauzis.sk/judikatura/r/ECLI:SK:KSBB:2016:6015201591.1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