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20Sd/46/2016 z 6. 12. 2016</w:t>
      </w:r>
    </w:p>
    <w:p>
      <w:r>
        <w:t>Rozsudok Krajského súdu Banská Bystrica z 6. decembra 2016, sp. zn. 20Sd/46/2016, ECLI:SK:KSBB:2016:6016200147.2</w:t>
      </w:r>
    </w:p>
    <w:p>
      <w:r>
        <w:t>Súd: Krajský súd Banská Bystrica</w:t>
      </w:r>
    </w:p>
    <w:p>
      <w:r>
        <w:t>Spisová značka: 20Sd/46/2016</w:t>
      </w:r>
    </w:p>
    <w:p>
      <w:r>
        <w:t>ECLI: ECLI:SK:KSBB:2016:6016200147.2</w:t>
      </w:r>
    </w:p>
    <w:p>
      <w:r>
        <w:t>Dátum vydania: 6. 12. 2016</w:t>
      </w:r>
    </w:p>
    <w:p>
      <w:r>
        <w:t>Forma: Rozsudok</w:t>
      </w:r>
    </w:p>
    <w:p>
      <w:r>
        <w:t>Oblasť práva: Správne právo</w:t>
      </w:r>
    </w:p>
    <w:p>
      <w:pPr>
        <w:pStyle w:val="Heading2"/>
      </w:pPr>
      <w:r>
        <w:t>Text rozhodnutia</w:t>
      </w:r>
    </w:p>
    <w:p>
      <w:r>
        <w:t>Súd: Krajský súd Banská Bystrica Spisová značka: 20Sd/46/2016 Identifikačné číslo súdneho spisu: 6016200147 Dátum vydania rozhodnutia: 07. 12. 2016 Meno a priezvisko sudcu, VSÚ: JUDr. Jarmila Badíková ECLI: ECLI:SK:KSBB:2016:6016200147.2 ROZSUDOK V MENE SLOVENSKEJ REPUBLIKY Krajský súd v Banskej Bystrici v konaní sudkyňou JUDr. Jarmilou Badíkovou v právnej veci navrhovateľa: D.. X. O., nar. X. P. XXXX, bytom K. XXXX, XXX XX E., proti odporkyni: Sociálna poisťovňa, ústredie, ul. 29.augusta č.8, 813 63 Bratislava, o preskúmanie rozhodnutia o invalidnom dôchodku takto r o z h o d o l : Rozhodnutie odporkyne č. XXX XXX XXXX X zo dňa 6. novembra 2015 z r u š u j e podľa § 250l ods. 2 a § 250j ods. 2 písm. c/, d/ O.s.p. a vec vracia odporkyni na ďalšie konanie. Navrhovateľovi nepriznáva právo na náhradu trov konania. o d ô v o d n e n i e : Odporkyňa rozhodnutím č. XXX XXX XXXX X zo dňa 06.11.2015 podľa § 73 a § 112 ods. 4 zákona č. 461/2003 Z. z. o sociálnom poistení /ďalej len zsp/ zamietla žiadosť navrhovateľa o zvýšenie invalidného dôchodku. Odporkyňa v odôvodnení rozhodnutia uviedla, že trvanie invalidity bolo na podklade žiadosti o zvýšenie invalidného dôchodku posudkovým lekárom sociálneho poistenia pobočky SP Lučence opätovne preskúmané s tým záverom, že naďalej invalidný podľa § 71 ods. 1 zákona č. 461/2003 Z. z. pokles schopnosti vykonávať zárobkovú činnosť podľa posudkového záveru posudkového lekára sociálneho poistenia pobočke SP je 50 %. Navrhovateľ podal proti tomuto rozhodnutiu v zákonom stanovenej lehote návrh na preskúmanie, v ktorom poukázal na svoj zlý zdravotný stav a žiadal jeho opätovné posúdenie . Navrhovateľ namietol aj skutočnosť, že odborný posudok o invalidite, ktorý bol podkladom pre vydanie napadnutého rozhodnutia nie je označené tým kto ho vypracoval. Ďalej predložil súdu rozhodnutie ÚPSVaR E., ktorým mu bol priznaný preukaz fyzickej osoby s W. Q. Q.. Odporkyňa v písomnom stanovisku zo dňa 11.02.2016 uviedla právne a skutkové dôvody, pre ktoré žiadala napadnuté rozhodnutie potvrdiť ako vecne správne. Krajský súd preskúmal napadnuté rozhodnutie a postup odporkyne pred jeho vydaním na pojednávaní dňa 07.12.2016 v zmysle § 250l OSP, oboznámil sa s pripojenými listinnými dôkazmi, vypočul odporkyňu, vec preskúmal v neprítomnosti navrhovateľa a dospel k záveru, že napadnuté rozhodnutie je potrebné zrušiť a vec vrátiť odporkyni na ďalšie konanie . Súd ospravedlnil neprítomnosť navrhovateľa na pojednávaní a pri rozhodovaní vo veci prihliadol na dôvody uvedené v opravnom prostriedku. Odporkyňa na pojednávaní žiadala napadnuté rozhodnutie potvrdiť ako vecne správne. Poukázala na to, že na základe opravného prostriedku navrhovateľa bol opätovne posúdený jeho zdravotný stav a to posudkovými lekármi na pobočke i v ústredí s tým, že má mieru poklesu schopnosti vykonávať zárobkovú činnosť 50 % a nespĺňa podmienky pre zvýšenie tejto miery a tým aj navýšenie invalidného dôchodku. Podľa § 132 OSP dôkazy súd hodnotí podľa svojej úvahy, a to každý dôkaz jednotlivo a všetky dôkazy v ich vzájomnej súvislosti ; pričom starostlivo prihliada na všetko, čo vyšlo za konania najavo, včítane toho, čo uviedli účastníci. Podľa § 71 ods. 1 zák. č. 461/2003 Z.z.. o sociálnom poistení poistenec je invalidný, ak pre dlhodobo nepriaznivý zdravotný stav má pokles schopnosti vykonávať zárobkovú činnosť o viac ako 40% v porovnaní so zdravou fyzickou osobou. Podľa ods. 2 cit. ust. dlhodobo nepriaznivý zdravotný stav je taký zdravotný stav, ktorý spôsobuje pokles schopnosti vykonávať zárobkovú činnosť a ktorý má podľa poznatkov lekárskej vedy trvať dlhšie ako jeden rok. Podľa ods. 4 cit. ust.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ods.6 cit. ust. miera poklesu schopnosti vykonávať zárobkovú činnosť v percentách sa určuje podľa druhu zdravotného postihnutia, ktoré je rozhodujúcou príčinou dlhodobo nepriaznivého zdravotného stavu, a so zreteľom na závažnosť ostatných zdravotných postihnutí. Percentuálna miera poklesu zárobkovej činnosti podľa druhu zdravotného postihnutia orgánov a systémov je obsiahnutá v prílohe č. 4 k zákona č. 461/2003 Z. z. Posúdenie dlhodobosti nepriaznivého zdravotného stavu a jeho následkov na pracovnú schopnosť občana vyžaduje odborné lekárske vedomosti a vo veciach sociálneho poistenia aj pre účely súdneho konania ju vykonávajú posudkoví lekári. Podľa § 153 ods. 5 zák. č. 461/2003 Z. z. lekársku posudkovú činnosť dôchodkového poistenia vykonáva posudkový lekár sociálneho poistenia príslušnej pobočky a posudkoví lekári Sociálnej poisťovne ústredia Sociálnej poisťovne. Na základe opravného prostriedku bol zdravotný stav navrhovateľa posúdený posudkovou lekárkou SP- ú so sídlom v Banskej Bystrici v posudku zo dňa 05.02.2016 so záverom, že je invalidný s 50 % mierou poklesu schopnosti vykonávať zárobkovú činnosť. Posudková lekárka ako rozhodujúce zdravotné postihnutie uviedla kapitola V - duševné choroby a poruchy správania, položka 3 - poruchy nálad, písm. b/ - ťažké formy. V posudku boli ďalej uvedené tieto choroby: recidivujúca depresívna porucha, ischemická choroba srdca, dorzalgie, hypertenzia kompenzovaná, poruchy tukového metabolizmu. Posudková lekárka v celkovom posudku uviedla, že u navrhovateľa sú v popredí psychické problémy pod obrazom recidivujúcej depresie s atypickým priebehom. V klinických nálezoch sa uvádza anxiózno- somatoformná a astenická symptomatika s redukciou adaptačného a výkonového potenciálu. V kontrolných psychiatrických nálezoch sa udáva, že stav je stabilizovaný, psychomotorika pokojná, bez porúch vnímania a myslenia, aktuálne vcelku dobre kompenzovaná. V auguste 2015 dokonca bez zjavných známok depresie. Opakovane mal vykonané psychologické vyšetrenia, naposledy v januári 2016, kde pretrváva naďalej deficit kognitívnych schopností na úrovni stredne ťažkého až ťažkého stupňa, na základe vyšetrení celkovo ľahké hraničné signifikantné organické poškodenie CNS. Vychádzajúc z citovaných odborných nálezov, je miera poklesu schopnosti vykonávať zárobkovú činnosť naďalej na úrovni 50 %. Pridružené somatické ochorenia v kompenzovanom stave nemajú vplyv na jeho schopnosť vykonávať prácu podľa dosiahnutého vzdelania. Podľa ust. § 195 ods. 1 zák. č. 461/2003 Z. z. organizačná zložka Sociálnej poisťovne pred vydaním rozhodnutia postupuje tak, aby presne a úplne zistila skutočný stav veci, a na ten účel obstará potrebné podklady na rozhodnutie. Podľa ods. 2 cit. ust. podkladom na rozhodnutie sú najmä podania, návrhy a vyjadrenia účastníkov konania, dôkazy, čestné vyhlásenia, ako aj skutočnosti všeobecne známe alebo známe organizačnej zložke Sociálnej poisťovne z jej činnosti. Podľa ods. 3 cit. ust. organizačná zložka Sociálnej poisťovne pri posudzovaní veci objasňuje rovnako dôkladne všetky rozhodujúce skutočnosti bez ohľadu na to, či svedčia v prospech, alebo v neprospech účastníka konania. Podľa ust. § 196 ods. 1 cit. zák. dôkazom je všetko, čo môže prispieť k zisteniu a objasneniu skutočného stavu veci, najmä výpovede účastníkov konania a vyjadrenia účastníkov konania a svedkov, odborné posudky, znalecké posudky, správy, listiny, vyjadrenia a potvrdenia iných fyzických osôb a právnických osôb. Netreba dokazovať skutočnosti všeobecne známe alebo skutočnosti známe z činnosti Sociálnej poisťovne. Podľa ods. 4 cit. ust. účastník konania, fyzická osoba alebo právnická osoba zúčastnená na konaní, ktorí majú listiny, ktoré môžu byť dôkazom, sú povinní na výzvu organizačnej zložky Sociálnej poisťovne tieto listiny predložiť. V zmysle cit. ust. odporkyňa je povinná vykonať dokazovanie a dôkazom je všetko, čo môže prispieť k zisteniu a objasneniu skutočného stavu, najmä výpovede a vyjadrenia účastníkov, odborné posudky, znalecké posudky. Okrem dôkazov navrhnutých účastníkom konania je organizačná zložka poisťovne povinná vykonať /organizačná zložka poisťovne/ aj iné dôkazy, ktoré účastník nenavrhol, ak sú potrebné na zistenie a objasnenie skutočného stavu veci. Súd posúdil posudky posudkových lekárov v zmysle kritérií stanovených zákonom a dospel k záveru, že predložené posudky nespĺňajú tieto kritéria, nezhodnotili objektívne zdravotný stav navrhovateľa a preto nemôžu byť podkladom pre zhodnotenie miery poklesu schopnosti vykonávať zárobkovú činnosť. Súd pri posúdení posudkov posudkových lekárov zistil, že tieto sú v rozpore s odbornými lekárskymi nálezmi. Posudkoví lekári rozhodujúce zdravotné postihnutie navrhovateľa posúdili podľa kapitoly V, položka 3, poruchy nálad, písm. b/ ťažká forma na dolnej hranici rozpätia 50 %; stanovené rozpätie 50 % - 80 %. Súd z psychiatrických nálezov zistil, že trpí na nasledujúce diagnózy: F33.8 iná recidivujúca depresívna porucha, F60.31 emočne nestabilná osobnosť, hraničný typ. Súd z psychologického vyšetrenia klinickým psychológom zo dňa 27.05.2015 zistil, že navrhovateľ trpí na recidivujúcu depresiu so somat. sympt., dekompenzácie s ťažkým priebehom, incip. F06.3 organ. afekt. por. v psychiatrickej liečbe, Org. psychosy. na podklade pozápalových a ischemických zmien potencované depresiou ťažkého stupňa, porucha statodynamiky C, Th chrbtice, LIS sy. bilat. s radil. sy. S1 bilat, C-B sy. v star. neurológa, organické kognitívne poruchy a chron. somatiz. depresia s výrazným poškodením verbálnej pamäti a podstatným oslabením výkonnosti v psychodg. obraze. Súd z prepúšťacej správy z hospitalizácie navrhovateľa na X. odd. Všeobecnej nemocnice v J. Q. od 21.07.2015 do 07.08.2015 zistil, že navrhovateľ je osobnosť depresívne alterovaná s negatívnym bilancovaním a s potenciálnym rizikom suicidálneho skratového konania. Súd z neurologických nálezov zistil, že navrhovateľ trpí na organický psychosyndróm na podklade pozápalových a ischmických zmien potencované depresiou ťažkého stupňa, porucha statodynamiky C, Th, L chrbtice, LIS syn. bilat s radikul. syn. Sl bilat., cervikobrachiálny syndróm bilat. Posudkoví lekári toto ochorenie pri stanovení miery poklesu schopnosti vykonávať zárobkovú činnosť nezohľadnili v zmysle § 71 ods. 8 zsp i keď tiež negatívne ovplyvňuje pracovnú schopnosť navrhovateľa. Z vykonaného dokazovania súd mal preukázané, že v danej veci neprebehlo konanie v zmysle § 195 a nasl. zákona č. 461/2003 Z. z. o sociálnom poistení, zdravotný stav navrhovateľa nebol posúdený objektívne, komplexne a presvedčivo v zmysle § 71 ods. 4 a 8 zákona č. 461/2003 Z. z. o sociálnom poistení. Na základe takto vykonaného posúdenia zákonnosti súd napadnuté rozhodnutie zrušil podľa § 250l ods. 2 a § 250j ods. 2 písm. c/, d/ OSP, vec vrátil na ďalšie konanie, v ktorom odporkyňa zabezpečí opätovné posúdenie zdravotného stavu navrhovateľa v zmysle záverov tohto rozhodnutia a v prítomnosti prísediaceho lekára psychiatra. Súd náhradu trov konania posúdil podľa § 250l ods. 2 v spojitosti s § 250k ods. 1 OSP, navrhovateľ v konaní bol úspešný, ale náhradu trov konania si neuplatnil a preto mu súd nepriznal náhradu trov konania. Poučenie: Proti tomuto rozsudku nie je prípustné odvolanie .</w:t>
      </w:r>
    </w:p>
    <w:p/>
    <w:p>
      <w:r>
        <w:t>Zdroj: KAUZIS.SK – https://www.kauzis.sk/judikatura/r/ECLI:SK:KSBB:2016:6016200147.2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