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28Sp/6/2016 z 2. 5. 2016</w:t>
      </w:r>
    </w:p>
    <w:p>
      <w:r>
        <w:t>Rozsudok Krajského súdu Banská Bystrica z 2. mája 2016, sp. zn. 28Sp/6/2016, ECLI:SK:KSBB:2016:6016200203.2</w:t>
      </w:r>
    </w:p>
    <w:p>
      <w:r>
        <w:t>Súd: Krajský súd Banská Bystrica</w:t>
      </w:r>
    </w:p>
    <w:p>
      <w:r>
        <w:t>Spisová značka: 28Sp/6/2016</w:t>
      </w:r>
    </w:p>
    <w:p>
      <w:r>
        <w:t>ECLI: ECLI:SK:KSBB:2016:6016200203.2</w:t>
      </w:r>
    </w:p>
    <w:p>
      <w:r>
        <w:t>Dátum vydania: 2. 5. 2016</w:t>
      </w:r>
    </w:p>
    <w:p>
      <w:r>
        <w:t>Forma: Rozsudok</w:t>
      </w:r>
    </w:p>
    <w:p>
      <w:r>
        <w:t>Oblasť práva: Správne právo</w:t>
      </w:r>
    </w:p>
    <w:p>
      <w:pPr>
        <w:pStyle w:val="Heading2"/>
      </w:pPr>
      <w:r>
        <w:t>Text rozhodnutia</w:t>
      </w:r>
    </w:p>
    <w:p>
      <w:r>
        <w:t>Súd: Krajský súd Banská Bystrica Spisová značka: 28Sp/6/2016 Identifikačné číslo súdneho spisu: 6016200203 Dátum vydania rozhodnutia: 03. 05. 2016 Meno a priezvisko sudcu, VSÚ: JUDr. Jana Novotná ECLI: ECLI:SK:KSBB:2016:6016200203.2 ROZSUDOK V MENE SLOVENSKEJ REPUBLIKY Krajský súd v Banskej Bystrici sudkyňou JUDr. Janou Novotnou v právnej veci navrhovateľa POHOTOVOSŤ, s.r.o., Pribinova č. 25, 811 09 Bratislava, IČO: 35 807 598 proti odporcovi - správnemu orgánu Okresný úrad Rimavská Sobota, katastrálny odbor, Kraskova č. 2, 979 01 Rimavská Sobota, za účasti ďalšej účastníčky O. U., XXX XX B. XXX o preskúmanie zákonnosti rozhodnutia správneho orgánu č. V 2636/2013 zo dňa 5. januára 2016 takto r o z h o d o l : Rozhodnutie Okresného úradu Rimavská Sobota, katastrálny odbor č. V 2636/2013 zo dňa 5. januára 2016 p o t v r d z u j e . Navrhovateľovi náhradu trov konania n e p r i z n á v a . Navrhovateľ je povinný zaplatiť súdny poplatok 35.-Eur v lehote 3 dní od právoplatnosti tohto rozhodnutia. o d ô v o d n e n i e : Odporca rozhodnutím č. V 2636/2013zo dňa 5. januára 2016 podľa § 31 ods. 3 zákona č. 162/1995 Z. z. o katastri nehnuteľností a o zápise vlastníckych a iných práv k nehnuteľnostiam (ďalej len katastrálny zákon) zamietol návrh navrhovateľa na vklad záložnej zmluvy do katastra nehnuteľností č. 345/2013- RAČ zo dňa 17.9.2013 uzatvorenej medzi navrhovateľom a ďalšou účastníčkou, predmetom ktorej sú nehnuteľnosti vedené v k. ú. B. na LV XXX, XXX bližšie špecifikované v predmetnej zmluve. Rozhodnutie odôvodnil tým, že záložnú zmluvu za záložcu podpísal DSS Nestor, o.z., Zázrivá predtým pod názvom ProHelp združenie občianskoprávnej pomoci na základe dohody o plnomocenstve. Dohoda o plnomocenstve bola formulárovou zmluvou, ktorú uzatváral ďalší účastník v súvislosti so zmluvou o úvere uzatváranou so spoločnosťou POHOTOVOSŤ s.r.o. a nemohol ovplyvniť jej obsah. Nebolo mu umožnené, aby si vybral svojho zástupcu, ktorý by za neho uzatvoril záložnú zmluvu, a ktorý by hájil jeho záujmy. Táto možnosť mu bola priamo odňatá, a preto k výberu splnomocnenca nedošlo z vôle záložcu ale naopak z vôle záložného veriteľa. Podľa článku 2 zmluvy bola úverová zmluva podpísaná v ten istý deň ako dohoda o plnej moci, čo nasvedčuje tomu, že uzatvorenile úverovej zmluvy bolo podmienené uzatvorením dohody o splnomocnení. Aj z vopred vypísaných podmienok dohody o splnomocnení vyplýva, že účelom tejto dohody je zabezpečenie záväzku dlžníka, a preto zástupca uskutočňuje zámery a napĺňa záujmy druhej strany a teda záložného veriteľa a nie záložcu. Dohoda o splnomocnení je v rozpore s § 22 Občianskeho zákona. Z predloženej dohody nevyplýva, že zástupca prijal návrh a že to urobil včas. Dohoda o splnonocmení nieje platná. Proti vyššie uvedenému rozhodnutiu podal navrhovateľ v zákonom stanovenej lehote opravný prostriedok a žiadal, aby správny orgán sám zrušil napadnuté rozhodnutie a v prípade, že tak neurobí, aby tak urobil súd a vec vrátil odporcovi na ďalšie konanie. Odvolanie odôvodnil tým, že dohoda o splnomocnení bola uzatvorená riadne, v súlade s príslušnými ustanoveniami Občianskeho zákonníka o zastúpení a spĺňa všetky náležitosti platného právneho úkonu. Správny orgán je povinný pri rozhodovaní vychádzať zo spoľahlivo zisteného stavu, pričom napadnuté rozhodnutie vychádza len z ničím nepodložených predpokladov, čo vyplýva aj zo samotného odôvodnenia. Nesúhlasil s tým, že správny orgán konštatoval, že záložca nemohol ovplyvniť výber splnomocnenca, pretože takáto úvaha nespĺňa základné kritéria odôvodnenia podľa § 47 ods. 3 správneho poriadku. Takisto nesúhlasil s tým, že dohoda o splnomocnení by bola právnym úkonom v rozpore s § 22 ods. 2 Občianskeho zákonníka, pretože nestačí, aby bola pochybnosť o nestrannosti zástupcu ale musí existovať reálny rozpor medzi jeho záujmami a záujmami zastúpeného. Ďalej v opravnom prostriedku navrhovateľ tvrdil, že dohoda o splnomocnení je samostatným dvojstranným právnym úkonom medzi dlžníkom a jeho zástupcom bez akejkoľvek účasti navrhovateľa. Ide o právny úkon nezávislým od veriteľa od jeho zmluvnej dokumentácie a v konaní nebolo preukázané, že by veriteľ do tohto úkonu zasahoval alebo ho ovplyňoval z hľadiska jeho obsahu. Podľa navrhovateľa dohoda o splnomocnení bola urobená slobodne, vážne, určito a zrozumiteľne tak, ako to vyžaduje pre platný právny úkon zákon. Navrhovateľ uzavrel, že napadnuté rozhodnutie nie je v súlade so zákonom, pretože odporca nezistil spoľahlivo stav veci, riadne sa neoboznámil s predkladaným návrhom a znením jednotlivých pripojených príloh, následne nesprávne zistil skutkový stav a nesprávne správne posúdil plnomocenstvo splnomocniteľa udelené splnomocnencovi, a preto vydal nezákonné rozhodnutie. Nesúhlasil ani s tým, že by mala byť záložná zmluva v rozpore s dobrými mravmi pre nepomer hodnoty pohľadávky a hodnoty zálohu. Ďalšia účastníčka navrhla, aby súd odvolaniu nevyhovel, pretože súhlasí s napadnutým rozhodnutím a jeho odôvodnením. Súd vec prejednal na pojednávaní dňa 3.5.2016 a v súlade s § 250q ods. 1 Občianskeho súdneho poriadku sa pri preskúmavaní zákonnosti napadnutého rozhodnutia oboznámil s obsahom správneho spisu a vykonal dôkazy nevyhnutné na preskúmanie zákonnosti napadnutého rozhodnutia oboznámením sa s listinami: návrh na vklad zmluvy o zriadení záložného práva č. XXX/XXXX-RAČ zo dňa 17.9.2013 doručenom odporcovi 2.10.2013, zmluva o zriadení záložného práva č. XXX/XXXX-RAČ zo dňa 17.9.2013 podpísaná za záložnú dlžníčku O. U., ProHelp - združenie občianskoprávnej pomoci, Povraznícka 18, Bratislava, overenou fotokópiou dohody o splnomocnení podpísanou pred obcou Hodejov dňa 21.9.2012 záložcom ako splnomocniteľom a v Bratislave s podpisom datovým 22.9.2012 združením občianskoprávnej pomoci ProHelp, Povraznícka 18, Bratislava ako splnomocnencom. Z obsahu správneho spisu súd zistil, že navrhovateľ - odvolateľ spolu s návrhom na vklad pripojil zmluvu o zriadení záložného práva č. XXX/XXXX-RAČ, ktorú za záložkyňu O. U. podpísalo ProHelp - združenie občianskoprávnej pomoci ako jeho zástupca na základe k návrhu priloženej dohody o splnomocnení. V bode 3 dohody o splnomocnení sa uvádza, že splnomocniteľ udeľuje združeniu ProHelp plnomocenstvo na uzatvorenie záložnej zmluvy podľa § 552 Občianskeho zákonníka v platnom znení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uzatvorenej so spoločnosťou POHOTOVOSŤ, s.r.o., č. zmluvy XXXXXXXXX. Pod bodom 4 sú bližšie špecifikované nehnuteľnosti vo vlastníctve splnomocniteľa. Ide o formulárovú zmluvu, kde názov zástupcu bol už predtlačený a ručne dopisované sú údaje o splnomocniteľovi, zástupcovi splnomocnenca a špecifikácia nehnuteľností v bode 4. Táto dohoda bola podpísaná splnomocniteľom v B. dňa 21.9.2012 a splnomocneným zástupcom v Bratislave datovaný podpis dňom 22.9.2012. Záložnú zmluvu v mene ďalšej účastníčky zástupca podpísal dňa 17.9.2013. Podľa § 22 ods. 2 Občianskeho zákonníka zastupovať iného nemôže ten, kto sám nie je spôsobilý na právny úkon, o ktorý ide, ani ten, záujmy ktorého sú v rozpore so záujmami zastúpeného. Podľa § 23 Občianskeho zákonníka zastúpenie vzniká na základe zákona alebo rozhodnutia štátneho orgánu (zákonné zastúpenie) alebo na základe dohody o plnomocenstve. Podľa § 31 ods. 1 Občianskeho zákonníka pri právnom úkone sa možno dať zastúpiť fyzickou alebo právnickou osobou. Splnomocniteľ udelí za týmto účelom plnomocenstvo splnomocnencovi, v ktorom sa musí uviesť rozsah splnomocnencovho oprávnenia. Podľa § 37 ods. 1 Občianskeho zákonníka právny úkon sa musí urobiť slobodne a vážne, určite a zrozumiteľne, inak je neplatný. Podľa § 43a Občianskeho zákonníka prejav vôle smerujúci k uzavretiu zmluvy, ktorý je urobený jednej alebo viacerým určitým osobám, je návrhom na uzatvorenie zmluvy (ďalej len návrh), ak je dostatočne určitý a vyplýva z neho vôľa navrhovateľa, aby bol viazaný v prípade jeho prijatia. Podľa § 43a ods. 2 Občianskeho zákonníka návrh pôsobí od doby, keď dôjde osobe, ktorej je určený. Podľa § 45 ods. 1 Občianskeho zákonníka prejav vôle pôsobí voči neprítomnej osobe od okamihu, keď jej dôjde. Podľa § 31 ods. 1 a 3 zákona č. 162/1995 Z. z.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ktoré by mohli mať vplyv na povolenie vkladu. (3) Ak sú podmienky na vklad splnené, správa katastra vklad povolí; inak návrh zamietne. Zastúpenie na základe plnomocenstva vyžaduje, aby zastúpený a zástupca uzatvorili dohodu o plnej moci. Výsledkom takejto dohody je splnomocniteľom udelená plná moc splnomocnencovi. Plnomocenstvo ako jednostranný právny úkon adresovaný voči tretím osobám, ktorým splnomocniteľ splnomocňuje splnomocnenca na určitý rozsah zastupovania, nemá bez súčasnej existencie dohody o plnej moci uzatvorenej medzi zastúpeným a zástupcom žiadne právne účinky. Prejav vôle je právnym úkonom len vtedy, ak ide o úkon smerujúci k vzniku, zmene alebo zániku práv alebo povinností. Návrhom na uzatvorenie zmluvy je len taký prejav vôle, ktorý je adresovaný druhej zmluvnej strane. Podľa § 45 Občianskeho zákona prejav vôle pôsobí voči neprítomnej osobe až od okamihu, keď jej dôjde. Na vážnosť prejavu vôle, ktorým je návrh zmluvy, urobený v neprítomnosti druhej strany, nestačí písomná forma. Je nevyhnutné, aby konajúci takto písomne prejavenú vôľu skutočne druhej strane adresoval. To znamená odoslal, resp. urobil úkony, ktoré sú nevyhnutne nutné k tomu, aby mohla byť táto prejavená vôľa odoslaná a doručená či už poverením inej osoby, alebo podaním na poštu, alebo osobným doručením druhej strane, resp. iným spôsobom. Z predloženej dohody o splnomocnení je nepochybné, že dlžník podpísal túto dohodu v neprítomnosti splnomocnenca ProHelp - združenie občianskoprávnej pomoci. Z predloženej dohody o splnomocnení vyplýva, že táto bola uzatvorená v súvislosti s uzatváraním zmluvy so spoločnosťou POHOTOVOSŤ s. r. o. a to zmluvy o úvere č. XXXXXXXXX, tak ako to vyplýva z bodu 1 zmluvy. Z uvedeného teda nie je nepochybné, že dlžník odoslal návrh dohody o plnomocenstve druhej zmluvnej strane - občianskemu združeniu, alebo že by tým poveril navrhovateľa. A to napriek tomu, že na nej uvedený splnomocnenec takouto listinou disponoval. K návrhu nie sú pripojené žiadne ďalšie dôkazy, z ktorých by bolo jednoznačné, že prijatie návrhu bolo urobené včas, t. j. vtedy, kedy ešte dlžník bol svojím návrhom za podmienky, že by išlo o vážny právny úkon, viazaný. Dokonca, ani že takéto prijatie nadobudlo účinnosť v zmysle § 43c ods. 2 Občianskeho zákonníka. o zastúpení. Navrhovateľ ani v odvolaní netvrdí, že zastúpený so zástupcom uzatvoril dohodu tak, že návrh zaslal zástupcovi a tento mu prijatie návrhu včas, t.j. v čase, keď ešte zastúpený bol svojím návrhom viazaný, doručil. Obmedzil sa len na tvrdenie, že išlo o právny úkon urobený vážne, slobodne, určite a zrozumiteľne. Súd sa nestotožnil s tvrdením odvolateľa, že právny úkon - dohoda o plnomocenstve bol urobený slobodne a vážne, určite a zrozumiteľne. Proti takémuto záveru svedčí skutočnosť, že dohoda o splnomocnení bola vypracovaná ako predtlač na štandardnom zmluvnom formulári, na ktorom bolo uvedené meno splnomocnenca - ProHelp - združenie občianskoprávnej pomoci Bratislava, ktorá odkazuje na úverovú zmluvu uzatvorenú s navrhovateľom, a ktorú predkladal zástupca navrhovateľa dlžníkovi súčasne s uzatváraním úverovej zmluvy. Táto skutočnosť nebola síce v správnom konaní osobitne zisťovaná, avšak súdu je z jeho rozhodovacej činnosti známe, že tak bola nahradená predchádzajúca prax navrhovateľa, keď plnomocenstvo pre konkrétneho ním vybraného advokáta zakomponoval priamo do tlačiva zmluvy o úvere. Potom, ako bol v mnohých správnych konaniach a následných súdnych sporoch neúspešný, zmenil túto prax tak, ako je tomu v tomto prípade, t.j. že dlžníci podpisujú pri uzatváraní úverovej zmluvy aj dohodu o splnomocnení pre zástupcu ProHelp - združenie občianskoprávnej pomoci na bezplatné zastupovanie pri uzatvorení záložnej zmluvy na zabezpečenie navrhovateľovej pohľadávky. Tieto skutočnosti naopak svedčia tomu, že navrhovateľ vopred určil osobu, ktorá bude oprávnená za dlžníka konať, a teda dlžníkovi bolo odňaté právo slobodne sa rozhodnúť, kto ju bude zastupovať v jej záležitostiach. Keďže bola dohoda o splnomocnení predkladaná zástupcom navrhovateľa dlžníkovi súčasne s úverovou zmluvou, nie je možné takýto právny úkon považovať za úplne nezávislý od veriteľa. Zo samotných podmienok uvedených v dohode o splnomocnení vyplýva, že účelom takejto dohody je zabezpečenie návratnosti poskytnutého úveru. To znamená, že zástupca koná najmä v záujme navrhovateľa a to neumožňuje, aby jeho konanie zároveň bolo v záujme zastúpeného. Okresný úrad Rimavská Sobota, katastrálny odbor preto postupoval správne, keď posúdil predložené listiny tak, že navrhovateľ nepredložil doklady, ktoré by boli vkladu schopné a keď konštatoval, že podanie obsahuje vážne nedostatky brániace vkladu. Z vyššie uvedeného vyplýva, že z dôvodov uvedených v návrhu nie je možné dospieť k záveru, že napadnuté rozhodnutie a postup správneho orgánu nie sú v súlade so zákonom. Preto nebolo možné odvolaniu vyhovieť. Naopak súd po preskúmaní rozhodnutia a postupu správneho orgánu v medziach dôvodov uvedených v návrhu dospel k záveru, že rozhodnutie a postup správneho orgánu v medziach podaného opravného prostriedku sú v súlade so zákonom tak, ako to vyplýva z vyššie uvedených dôvodov, a preto rozhodnutie Okresného úradu Rimavská Sobota potvrdil. Súd v zmysle § 250k ods. 1 v spojení s § 250l ods. 2 O. s. p. neúspešnému navrhovateľovi - odvolateľovi, nepriznal náhradu trov konania. Súd zároveň rozhodol o povinnosti zaplatiť súdny poplatok podľa zákona č. 71/1992 Zb. vo výške stanovenej Sadzobníkom súdnych poplatkov položky 10 písm. b) navrhovateľovi - odvolateľovi, ktorý sa stal poplatníkom podľa § 2 ods. 4 uvedeného zákona. Poučenie: P o u č e n i e : Proti tomuto rozhodnutiu je možné podať odvolanie v lehote 15 dní odo dňa jeho doručenia, písomne, v troch vyhotoveniach prostredníctvom tunajšieho súdu na NS SR. V odvolaní sa má popri všeobecných náležitostiach (§ 42 ods. 3 O.s.p.) uviesť, proti ktorému rozhodnutiu smeruje, v akom rozsahu sa napáda, v čom sa toto rozhodnutie alebo postup súdu považuje za nesprávny a čoho sa odvolateľ domáha. Odvolanie proti rozhodnutiu,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https://www.kauzis.sk/judikatura/r/ECLI:SK:KSBB:2016:6016200203.2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