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20Sd/64/2016 z 1. 11. 2016</w:t>
      </w:r>
    </w:p>
    <w:p>
      <w:r>
        <w:t>Rozsudok Krajského súdu Banská Bystrica z 1. novembra 2016, sp. zn. 20Sd/64/2016, ECLI:SK:KSBB:2016:6016200215.1</w:t>
      </w:r>
    </w:p>
    <w:p>
      <w:r>
        <w:t>Súd: Krajský súd Banská Bystrica</w:t>
      </w:r>
    </w:p>
    <w:p>
      <w:r>
        <w:t>Spisová značka: 20Sd/64/2016</w:t>
      </w:r>
    </w:p>
    <w:p>
      <w:r>
        <w:t>ECLI: ECLI:SK:KSBB:2016:6016200215.1</w:t>
      </w:r>
    </w:p>
    <w:p>
      <w:r>
        <w:t>Dátum vydania: 1. 11. 2016</w:t>
      </w:r>
    </w:p>
    <w:p>
      <w:r>
        <w:t>Forma: Rozsudok</w:t>
      </w:r>
    </w:p>
    <w:p>
      <w:r>
        <w:t>Oblasť práva: Správne právo</w:t>
      </w:r>
    </w:p>
    <w:p>
      <w:pPr>
        <w:pStyle w:val="Heading2"/>
      </w:pPr>
      <w:r>
        <w:t>Text rozhodnutia</w:t>
      </w:r>
    </w:p>
    <w:p>
      <w:r>
        <w:t>Súd: Krajský súd Banská Bystrica Spisová značka: 20Sd/64/2016 Identifikačné číslo súdneho spisu: 6016200215 Dátum vydania rozhodnutia: 02. 11. 2016 Meno a priezvisko sudcu, VSÚ: JUDr. Jarmila Badíková ECLI: ECLI:SK:KSBB:2016:6016200215.1 ROZSUDOK V MENE SLOVENSKEJ REPUBLIKY Krajský súd v Banskej Bystrici v konaní samosudkyňou JUDr. Jarmilou Badíkovou v právnej veci navrhovateľa: Y. I., nar. XX. S. XXXX, bytom X. A. XX, XXX XX I., proti odporkyni: Sociálna poisťovňa, ústredie, ul. 29. augusta č. 8, 813 63 Bratislava, o preskúmanie rozhodnutia o invalidnom dôchodku takto r o z h o d o l : Rozhodnutie odporkyne č. XXX XXX XXXX X zo dňa 17. augusta 2015 z r u š u j e podľa § 250l ods. 2 a § 250j ods. 2 písm. c/, d/ O.s.p. a vec vracia odporkyni na ďalšie konanie. Navrhovateľovi nepriznáva právo na náhradu trov konania. o d ô v o d n e n i e : Odporkyňa rozhodnutím č. XXX XXX XXXX X z 17.08.2015 zamietla žiadosť navrhovateľa o priznanie invalidného dôchodku s odôvodnením, že nie je invalidný podľa § 70 a § 71 zákona č. 461/2003 Z. z. o sociálnom poistení /ďalej len zsp/, pretože podľa posudku posudkového lekára SP pobočka Banská Bystrica z 30.07.2015 miera poklesu schopnosti vykonávať zárobkovú činnosť u navrhovateľa je 25 %. Navrhovateľ podal voči uvedenému rozhodnutiu opravný prostriedok s odvolaním sa na svoj zlý zdravotný stav a žiadal jeho prehodnotenie. Navrhovateľ namietol aj spôsob posúdenia jeho zdravotného stavu posudkovými lekármi. Odporkyňa v písomnom stanovisku zo dňa 08.03.2016 uviedla právne a skutkové dôvody, pre ktoré žiadala napadnuté rozhodnutie potvrdiť ako vecne správne. Krajský súd preskúmal napadnuté rozhodnutie a postup odporkyne pred jeho vydaním na pojednávaní dňa 02.11.2016 v zmysle § 250l OSP, oboznámil sa s pripojenými listinnými dôkazmi, vypočul odporkyňu, vec preskúmal v neprítomnosti navrhovateľa a dospel k záveru, že napadnuté rozhodnutie je potrebné zrušiť a vec vrátiť odporkyni na ďalšie konanie. Súd ospravedlnil neprítomnosť navrhovateľa na pojednávaní a pri rozhodovaní vo veci prihliadol na dôvody uvedené v podanom opravnom prostriedku. Odporkyňa na pojednávaní žiadala napadnuté rozhodnutie zo dňa 17.8.2015 potvrdiť ako vecne správne. Poukázala na posudky posudkových lekárov, ktorí posúdili zdravotný stav navrhovateľa na základe jeho opravného prostriedku na pobočke ako aj na ústredí so záverom, že nie je invalidný, lebo má 25 % pokles miery schopnosti vykonávať zárobkovú činnosť, čo nie je dostatočné pre priznanie invalidity. Podľa § 71 ods. 1 zák. č. 461/2003 Z.z.. o sociálnom poistení poistenec je invalidný, ak pre dlhodobo nepriaznivý zdravotný stav má pokles schopnosti vykonávať zárobkovú činnosť o viac ako 40%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 8 cit. ust.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Percentuálna miera poklesu zárobkovej činnosti podľa druhu zdravotného postihnutia orgánov a systémov je obsiahnutá v prílohe č. 4 k zákona č. 461/2003 Z. z. Posúdenie dlhodobosti nepriaznivého zdravotného stavu a jeho následkov na pracovnú schopnosť občana vyžaduje odborné lekárske vedomosti a vo veciach sociálneho poistenia aj pre účely súdneho konania ju vykonávajú posudkoví lekári. Podľa § 153 ods. 5 zák. č. 461/2003 Z. z. lekársku posudkovú činnosť dôchodkového poistenia vykonáva posudkový lekár sociálneho poistenia príslušnej pobočky a posudkoví lekári Sociálnej poisťovne ústredia Sociálnej poisťovne. Na základe opravného prostriedku posúdil zdravotný stav navrhovateľa opätovne posudkový lekár SP- ú, pracovisko v Banskej Bystrici v posudku zo dňa 25.02.2016 so záverom, že nie je invalidný podľa § 71 ods. 1 zákona č. 461/2003 Z. z. o sociálnom poistení, lebo pre dlhodobo nepriaznivý zdravotný stav má pokles schopnosti vykonávať zárobkovú činnosť 25 % v porovnaní so zdravou fyzickou osobou. Posudkový lekár ako rozhodujúce zdravotné postihnutie uviedol choroby kože a podkožného väziva, papuloskvamózne ochorenie - Z. s výraznými prejavmi, s častými exacerbáciamiami, alebo generalizované formy s dlhodobými remisiami, kapitola XIV, položka 4, písm. b/ ako ďalšie choroby: Z. - P., Z. W. bez aktívnej artritídy, arteriálna hypertenzia WHO II, iné choroby obličiek a močovodov. V celkovom posudku posudkový lekár uviedol, že navrhovateľ je od detstva v starostlivosti dermatovenerológa pre Z. - P.. V priebehu posledných 10 rokov došlo už aj k postihnutiu kĺbov horných aj dolných končatín, preto je aj v starostlivosti a liečbe reumatológa pre bolesti v kĺboch, ktoré reumatológ hodnotí ako Z. W., ale zatiaľ bez aktívnej artritídy. O tom, že nemá prejavy aktívneho zápalu drobných kĺbov rúk aj nôh svedčia aj opakované laboratórne vyšetrenia, ktoré sú v norme. Miera poklesu schopnosti vykonávať zárobkovú činnosť pri Z. s výraznými prejavmi a častými exacerbáriami je 25 %. Ochorenie F. bolo sanované odstránením J. F., ktorá bola postihnutá hydronefrózou IV stupňa. Toho času je funkcia jednej, zostávajúcej F. v norme. Vysoký krvný tlak je liečbou dobre ovplyvnený. Uvedené ochorenia sú posudkovo nezávažné, nezvyšujú mieru poklesu schopnosti vykonávať zárobkovú činnosť. Týmto bol potvrdený posudok o posúdení zdravotného stavu navrhovateľa posudkovým lekárom SP pobočka Banská Bystrica, ktorý bol podkladom pre vydanie napadnutého rozhodnutia. Podľa § 132 OSP dôkazy súd hodnotí podľa svojej úvahy, a to každý dôkaz jednotlivo a všetky dôkazy v ich vzájomnej súvislosti ; pričom starostlivo prihliada na všetko, čo vyšlo za konania najavo, včítane toho, čo uviedli účastníci. Vzhľadom na to, že napadnuté rozhodnutie súd zrušil aj z dôvodu nepreskúmateľnosti napadnutého rozhodnutia pre nedostatok dôvodov, súd posúdil posudky posudkových lekárov, ktoré boli jediným podkladom pre vydanie napadnutého rozhodnutia. V konaní podľa § 250l a nasl. OSP súd hodnotí posudok podľa zásad vyslovených v ust.§ 132 OSP ako každý iný dôkaz. Posudzuje ho podľa svojej úvahy jednotlivo, ale tiež s prihliadnutím na všetky ostatné dôkazy v ich vzájomnej súvislosti. Keďže ide o dôkazný prostriedok, súd nie je viazaný posudkom a v ňom vyslovenými odbornými závermi. Súd posúdil posudky posudkových lekárov v zmysle cit. ust. a z hľadiska kritérií stanovených pre posúdenie poklesu schopnosti vykonávať zárobkovú činnosť a dospel k záveru, že predložené posudky nespĺňajú tieto kritériá, nezhodnotili objektívne zdravotný stav navrhovateľa a preto nemôžu byť podkladom pre zhodnotenie miery poklesu schopnosti vykonávať zárobkovú činnosť a pre rozhodnutie o zamietnutí invalidity. Súd z napadnutého rozhodnutia a ani z posudkov nezistil akým spôsobom posudkový lekár pri stanovení poklesu schopnosti zárobkovej činnosti navrhovateľa zohľadnili vplyv ochorenia na pracovný potenciál navrhovateľa, ako prihliadli na zostávajúcu schopnosť vykonávať zárobkovú činnosť; ako posúdili vplyv rozhodujúceho ochorenia na iné orgány a na celkový stav organizmu a jeho výkonnosť. Podľa ust. § 195 ods. 1 zák. č. 461/2003 Z. z. organizačná zložka Sociálnej poisťovne pred vydaním rozhodnutia postupuje tak, aby presne a úplne zistila skutočný stav veci, a na ten účel obstará potrebné podklady na rozhodnutie. Podľa ods. 2 cit. ust. podkladom na rozhodnutie sú najmä podania, návrhy a vyjadrenia účastníkov konania, dôkazy, čestné vyhlásenia, ako aj skutočnosti všeobecne známe alebo známe organizačnej zložke Sociálnej poisťovne z jej činnosti. Podľa ods. 3 cit. ust. organizačná zložka Sociálnej poisťovne pri posudzovaní veci objasňuje rovnako dôkladne všetky rozhodujúce skutočnosti bez ohľadu na to, či svedčia v prospech, alebo v neprospech účastníka konania. 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 4 cit. ust. účastník konania, fyzická osoba alebo právnická osoba zúčastnená na konaní, ktorí majú listiny, ktoré môžu byť dôkazom, sú povinní na výzvu organizačnej zložky Sociálnej poisťovne tieto listiny predložiť. V zmysle cit. ust.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/organizačná zložka poisťovne/ aj iné dôkazy, ktoré účastník nenavrhol, ak sú potrebné na zistenie a objasnenie skutočného stavu veci. Posudkoví lekári pri rozhodujúcom zdravotnom postihnutí určili navrhovateľovi dolnú hranicu rozpätia uvedenú v kapitola XIV, položka 4, písm. b/; ide o ochorenia psoriáza s výraznými prejavmi, časté exarcebácie alebo generalizované formy s dlhodobými remisiami. Navrhovateľ okrem takto určeného ochorenia v príslušnej kapitole trpí aj na Z. W. a je v starostlivosti reumatológa. Posudkoví lekári neodôvodnili stanovenie dolnej hranice rozpätia. Podľa názoru súdu vzhľadom na tieto komplikácie vyskytujúce sa pri rozhodujúcom zdravotnom postihnutí je potrebné určiť hornú hranicu rozpätia. Posudkoví lekári uviedli, že navrhovateľ nemá žiadne iné závažné ochorenie. V kapitole XI. - choroby močovej sústavy, v položke 4 strata alebo výpad funkcie jednej F. pri zdravej druhej F. je pre toto ochorenie stanovená miera poklesu schopnosti vykonávať zárobkovú činnosť 20 %. V položke 5 - strata alebo výpad funkcie jednej F. s obmedzením funkcie druhej F. ľahkého stupňa, pod písm. a/ je uvedené rozpätie od 25 % do 35 %. Posudkoví lekári toto ochorenie navrhovateľa nezohľadnili v zmysle § 71 ods. 8, napriek tomu, že zákon stanovuje pre toto ochorenie samostatnú mieru poklesu schopnosti vykonávať zárobkovú činnosť a u navrhovateľa tiež ovplyvňuje jeho pracovnú schopnosť. Súd napadnuté rozhodnutie zrušil aj z dôvodu jeho nepreskúmateľnosti pre nedostatok dôvodov. Odôvodnenie rozhodnutie, v ktorom sú uvedené len citácie príslušných ustanovení zákona, odkaz na posudok posudkového lekára a percentuálne zistený rozsah poklesu schopnosti vykonávať zárobkovú činnosť, bez uvedenia skutočností, ktoré boli podkladom pre rozhodnutie odporkyne, akými úvahami sa odporkyňa riadila pri hodnotení dôkazov a pri použití právnych predpisov, ako sa odporkyňa vysporiadala s námietkami účastníka, ktoré uviedol v opravnom prostriedku a s jeho návrhmi na doplnenie dokazovania, nespĺňa zákonné náležitosti odôvodnenie rozhodnutia. Rozhodnutie musí byť individuálne zdôvodnené tak, aby bolo možné preskúmať jeho zákonnosť s prihliadnutím na jeho odôvodnenie a nie na obsah posudkov, ktoré sú iba podkladom rozhodnutia. Podľa § 250r OSP ak súd zruší rozhodnutie správneho orgánu, je správny orgán pri novom prejednaní viazaný právnym názorom súdu. Na základe uvedeného súd napadnuté rozhodnutie zrušil podľa § 250l ods. 2 a § 250j ods. 2 písm. c/, d/ OSP, vec vrátil odporkyni na ďalšie konanie, v ktorom opätovne posúdi zdravotný stav navrhovateľa v zmysle záverov uvedených v tomto rozhodnutí a v zmysle § 71 ods. 4, 6 a 8 zsp. Súd náhradu trov konania posúdil podľa § 250l ods. 2 v spojitosti s § 250k ods. 1 OSP, navrhovateľ v konaní bol úspešný, ale náhradu trov konania si neuplatnil a preto mu súd nepriznal náhradu trov konania. Poučenie: Proti tomuto rozsudku nie je prípustné odvolanie .</w:t>
      </w:r>
    </w:p>
    <w:p/>
    <w:p>
      <w:r>
        <w:t>Zdroj: KAUZIS.SK – https://www.kauzis.sk/judikatura/r/ECLI:SK:KSBB:2016:6016200215.1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