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24Sp/6/2016 z 29. 5. 2016</w:t>
      </w:r>
    </w:p>
    <w:p>
      <w:r>
        <w:t>Uznesenie Krajského súdu Banská Bystrica z 29. mája 2016, sp. zn. 24Sp/6/2016, ECLI:SK:KSBB:2016:6016200264.2</w:t>
      </w:r>
    </w:p>
    <w:p>
      <w:r>
        <w:t>Súd: Krajský súd Banská Bystrica</w:t>
      </w:r>
    </w:p>
    <w:p>
      <w:r>
        <w:t>Spisová značka: 24Sp/6/2016</w:t>
      </w:r>
    </w:p>
    <w:p>
      <w:r>
        <w:t>ECLI: ECLI:SK:KSBB:2016:6016200264.2</w:t>
      </w:r>
    </w:p>
    <w:p>
      <w:r>
        <w:t>Dátum vydania: 29.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24Sp/6/2016 Identifikačné číslo súdneho spisu: 6016200264 Dátum vydania rozhodnutia: 30. 05. 2016 Meno a priezvisko sudcu, VSÚ: JUDr. Drahomíra Mikulajová ECLI: ECLI:SK:KSBB:2016:6016200264.2 Uznesenie Krajský súd v Banskej Bystrici v právnej veci navrhovateľa: K. X., nar. XX.XX.XXXX, trvale bytom G. XXX/XX, XXX XX E. O., t. č. Ústav na výkon trestu odňatia slobody a Ústav na výkon väzby, Priečinok 7, Gucmanova 19/670, 920 41 Leopoldov, proti odporcovi: Centrum právnej pomoci, Kancelária Hlohovec, M. R. Štefánika 1, 920 01 Hlohovec, o preskúmanie zákonnosti rozhodnutia odporcu sp. zn. 3287/2016, č. k. KaHC-6264/3287/2016-6360/2016 zo dňa 02.02.2016, takto r o z h o d o l : Vec p o s t u p u j e kauzálne príslušnému súdu - Krajskému súdu v Bratislave ako súdu vecne a miestne príslušnému na konanie. o d ô v o d n e n i e : Odporca Centrum právnej pomoci, Kancelária Hlohovec, postúpil vec Krajskému súdu v Banskej Bystrici na rozhodnutie o odvolaní navrhovateľa proti rozhodnutiu odporcu, ktorým v zmysle § 10 ods. 5 zákona č. 327/2005 Z.z. o poskytovaní právnej pomoci osobám v materiálnej núdzi nepriznal navrhovateľovi nárok na poskytovanie právnej pomoci, o ktorú navrhovateľ žiadal pre konanie vedenom na Krajskom súde v Žiline pod sp. zn. 20S/202/2015. Podľa § 103 O.s.p.; kedykoľvek za konanie prihliada súd na to, či sú splnené podmienky, za ktorých môže konať vo veci (podmienky konania). Predtým, ako súd pristúpil k meritórnemu prejednaniu veci, skúmal podmienky konania, okrem iného, či je súd príslušným na konanie. Podľa § 250d ods. 2 O.s.p.; ak predseda senátu zistí, že súd nie je vecne alebo miestne príslušný, postúpi vec uznesením príslušnému súdu. Podľa § 246a ods. 2 O.s.p.; v konaní podľa tretej hlavy tejto časti je miestne príslušný všeobecný súd navrhovateľa alebo krajský súd, v ktorého obvode je tento súd. Podľa § 85 ods. 1 O.s.p.; všeobecným súdom občana je súd, v obvode ktorého má občan bydlisko, a ak nemá bydlisko, súd, v obvode ktorého sa zdržuje. Podľa § 14c zákona č. 371/2004 Z.z. o sídlach a obvodoch súdov SR; na konanie o opravných prostriedkoch proti rozhodnutiam vydaným v konaní o poskytnutí právnej pomoci podľa osobitného predpisu je príslušný a) Krajský súd v Bratislave pre obvod Krajského súdu v Bratislave, Krajského súdu v Trnave, Krajského súdu v Trenčíne, b) Krajský súd v Banskej Bystrici pre obvod Krajského súdu v Banskej Bystrici, Krajského súdu v Žiline, Krajského súdu v Nitre, c) Krajský súd v Košiciach pre obvod Krajského súdu v Košiciach, Krajského súdu v Prešove. V prejednávanej veci sa navrhovateľ podaným odvolaním podľa tretej hlavy piatej časti O.s.p. domáha preskúmania rozhodnutia odporcu, CPP Kancelária Hlohovec, na ktorú sa obrátil so žiadosťou o priznanie právnej pomoci. Vzhľadom na jeho umiestnenie v ÚVTOS a ÚVV Leopoldov je Kancelária Hlohovec pobočkou príslušnou podľa miesta jeho prechodného pobytu. Keďže navrhovateľ sa t. č. nachádza v obvode Krajského súdu Trnava, je daná kauzálna príslušnosť na konanie v predmetnej veci Krajského súdu Bratislava v súlade s § 14c písm. a) zákona č. 371/2004 Z.z. Krajský súd v Banskej Bystrici zastáva názor, že v danom prípade sa miestna príslušnosť neriadi podľa trvalého pobytu žiadateľa, ale rozhodujúcim je miesto, na ktorom sa žiadateľ zdržiava. Navyše v danom prípade sa príslušnosť riadi kauzálnou príslušnosťou podľa osobitného zákona, ktorým je zákon č. 371/2004 Z.z. o sídlach a obvodoch súdov SR. Súd si pri rozhodovaní osvojil právny názor vyslovený Najvyšším súdom SR v uznesení sp. zn. 2Nds/3/2016 zo dňa 20.04.2016 a v uznesení sp. zn. 2Nds/2/2016 zo dňa 23.03.2016. Poučenie: Proti tomuto uzneseniu nie je prípustné odvolanie (§ 202 ods. 3 písm. a) O.s.p.).</w:t>
      </w:r>
    </w:p>
    <w:p/>
    <w:p>
      <w:r>
        <w:t>Zdroj: KAUZIS.SK – https://www.kauzis.sk/judikatura/r/ECLI:SK:KSBB:2016:6016200264.2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