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20Sd/89/2016 z 22. 11. 2016</w:t>
      </w:r>
    </w:p>
    <w:p>
      <w:r>
        <w:t>Uznesenie Krajského súdu Banská Bystrica z 22. novembra 2016, sp. zn. 20Sd/89/2016, ECLI:SK:KSBB:2016:6016200280.1</w:t>
      </w:r>
    </w:p>
    <w:p>
      <w:r>
        <w:t>Súd: Krajský súd Banská Bystrica</w:t>
      </w:r>
    </w:p>
    <w:p>
      <w:r>
        <w:t>Spisová značka: 20Sd/89/2016</w:t>
      </w:r>
    </w:p>
    <w:p>
      <w:r>
        <w:t>ECLI: ECLI:SK:KSBB:2016:6016200280.1</w:t>
      </w:r>
    </w:p>
    <w:p>
      <w:r>
        <w:t>Dátum vydania: 22. 11. 2016</w:t>
      </w:r>
    </w:p>
    <w:p>
      <w:r>
        <w:t>Forma: Uznesenie</w:t>
      </w:r>
    </w:p>
    <w:p>
      <w:pPr>
        <w:pStyle w:val="Heading2"/>
      </w:pPr>
      <w:r>
        <w:t>Text rozhodnutia</w:t>
      </w:r>
    </w:p>
    <w:p>
      <w:r>
        <w:t>Súd: Krajský súd Banská Bystrica Spisová značka: 20Sd/89/2016 Identifikačné číslo súdneho spisu: 6016200280 Dátum vydania rozhodnutia: 23. 11. 2016 Meno a priezvisko sudcu, VSÚ: JUDr. Jarmila Badíková ECLI: ECLI:SK:KSBB:2016:6016200280.1 Uznesenie Krajský súd v Banskej Bystrici v právnej veci navrhovateľky : Y. F., nar. XX. X. XXXX, bytom B. E. XXX/X, XXX XX M. G., proti odporkyni : Sociálna poisťovňa, ústredie, Ul. 29. augusta č. 8, 813 63 Bratislava, o preskúmanie rozhodnutia odporkyne č. XXX XXX XXXX X zo dňa 4. decembra 2015 o priznaní invalidného dôchodku, takto r o z h o d o l : Konanie vo veci rozhodnutia odporkyne č. XXX XXX XXXX X z dňa 4. decembra 2015 z a s t a v u j e. Žiaden z účastníkov nemá právo na náhradu trov konania. o d ô v o d n e n i e : Odporkyňa rozhodnutí č. XXX XXX XXXX X zo dňa 15. februára 2016 zamietla podľa § 69b ods. 1 písm. a) zákona č. 461/2003 Z. z. o sociálnom poistení v znení neskorších predpisov (ďalej aj len „zákon o sociálnom poistení“) žiadosť navrhovateľky o vyrovnávací príspevok. Navrhovateľka podala proti uvedenému rozhodnutiu odporkyne v zákonnej lehote opravný prostriedok, ktorým požadovala preskúmanie rozhodnutia o zamietnutí žiadosti o vyrovnávací príspevok. Navrhovateľka v opravnom prostriedku uviedla, že nesúhlasí, so zhodnotením odpracovaných rokov navrhovateľky za obdobie od 12. februára 1964 do 1. januára 1993. Navrhovateľka na pojednávaní konanom dňa 23. Novembra 2016 na Krajskom súde v Banskej bystrici zobrala späť svoj opravný prostriedok zo dňa 22. marca 2016. Podľa § 250l ods. 2 Občianskeho súdneho poriadku (ďalej len „OSP“) pokiaľ v tejto hlave nie je ustanovené inak, použije sa primerane ustanovenie druhej hlavy s výnimkou § 250a. Podľa § 250h ods. 2 OSP až do rozhodnutia súdu môže žalobca vziať žalobu späť; ak žalovanému medzitým vznikli trovy konania, súd rozhodne o ich náhrade. Podľa § 250d ods. 3 OSP súd uznesením konanie zastaví, okrem iných dôvodov aj vtedy, ak žaloba bola vzatá späť /§ 250h ods. 2/. Vzhľadom na späťvzatie opravného prostriedku, ktorý je návrhom na začatie konania podľa § 250m ods. 1 OSP, súd v súlade s citovanými ustanoveniami konanie zastavil. Súd o náhrade trov konania rozhodol podľa § 250l ods. 2, § 246c a § 146 ods. 1 písm. c) OSP, podľa ktorého žiaden z účastníkov nemá právo na náhradu trov konania podľa jeho výsledku, ak konanie bolo zastavené.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https://www.kauzis.sk/judikatura/r/ECLI:SK:KSBB:2016:6016200280.1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