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20Sd/102/2016 z 22. 11. 2016</w:t>
      </w:r>
    </w:p>
    <w:p>
      <w:r>
        <w:t>Rozsudok Krajského súdu Banská Bystrica z 22. novembra 2016, sp. zn. 20Sd/102/2016, ECLI:SK:KSBB:2016:6016200315.1</w:t>
      </w:r>
    </w:p>
    <w:p>
      <w:r>
        <w:t>Súd: Krajský súd Banská Bystrica</w:t>
      </w:r>
    </w:p>
    <w:p>
      <w:r>
        <w:t>Spisová značka: 20Sd/102/2016</w:t>
      </w:r>
    </w:p>
    <w:p>
      <w:r>
        <w:t>ECLI: ECLI:SK:KSBB:2016:6016200315.1</w:t>
      </w:r>
    </w:p>
    <w:p>
      <w:r>
        <w:t>Dátum vydania: 22. 11. 2016</w:t>
      </w:r>
    </w:p>
    <w:p>
      <w:r>
        <w:t>Forma: Rozsudok</w:t>
      </w:r>
    </w:p>
    <w:p>
      <w:r>
        <w:t>Oblasť práva: Správne právo</w:t>
      </w:r>
    </w:p>
    <w:p>
      <w:pPr>
        <w:pStyle w:val="Heading2"/>
      </w:pPr>
      <w:r>
        <w:t>Text rozhodnutia</w:t>
      </w:r>
    </w:p>
    <w:p>
      <w:r>
        <w:t>Súd: Krajský súd Banská Bystrica Spisová značka: 20Sd/102/2016 Identifikačné číslo súdneho spisu: 6016200315 Dátum vydania rozhodnutia: 23. 11. 2016 Meno a priezvisko sudcu, VSÚ: JUDr. Jarmila Badíková ECLI: ECLI:SK:KSBB:2016:6016200315.1 ROZSUDOK V MENE SLOVENSKEJ REPUBLIKY Krajský súd v Banskej Bystrici v konaní sudkyňou JUDr. Jarmilou Badíkovou v právnej veci navrhovateľa: H. U., nar. XX. H. XXXX, bytom Y. XX, R., proti odporkyni: Sociálna poisťovňa, ul. 29. augusta č. 8, 813 63 Bratislava o preskúmanie rozhodnutia o zamietnutí invalidného dôchodku takto r o z h o d o l : Rozhodnutie odporkyne č. XXX XXX XXXX X zo dňa 27. novembra 2015 p o t v r d z u j e. Navrhovateľovi nepriznáva právo na náhradu trov konania. o d ô v o d n e n i e : Odporkyňa rozhodnutím č. XXX XXX XXXX X zo 27.11.2015 zamietla žiadosť navrhovateľa o priznanie invalidného dôchodku s odôvodnením, že nie je invalidný podľa § 70 a § 71 ods. 1 zákona č. 461/2003 Z. z. o sociálnom poistení /zsp/, pretože podľa posudku posudkového lekára SP pobočka Lučenec zo dňa 02.03.2015 nemá pre dlhodobo nepriaznivý zdravotný stav pokles schopnosti vykonávať zárobkovú činnosť o viac ako 40 % v porovnaní so zdravou fyzickou osobou. Posudkový lekár stanovil mieru poklesu schopnosti vykonávať zárobkovú činnosť u navrhovateľa vo výške 35 %.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 nie je invalidný . Posudkový lekár SP spísal s navrhovateľom zápisnicu o ústnom pojednávaní v súlade s § 189 zákona č. 461/2003 Z. z. o sociálnom poistení a navrhovateľ bol informovaný o všetkých skutočnostiach, ktoré sa týkajú posúdenia zdravotného stavu, posudku a miery poklesu schopnosti vykonávať zárobkovú činnosť. Posudkový lekár vyhotovil aj odborný posudok o invalidite. Navrhovateľ podal proti tomuto rozhodnutiu v zákonom stanovenej lehote návrh na preskúmanie s odvolaním sa na zlý zdravotný stav a žiadal jeho opätovné posúdenie. Poukázal tiež na svoju nepriaznivú finančnú a sociálnu situáciu. Odporkyňa podala vo veci písomné stanovisko zo dňa 22.03.2016 , v ktorom uviedla právne a skutkové dôvody, pre ktoré žiadala napadnuté rozhodnutie potvrdiť ako vecne správne. Krajský súd preskúmal napadnuté rozhodnutie ako aj postup, ktorý predchádzal jeho vydaniu na pojednávaní dňa 23.11.2016 v zmysle § 250l OSP, oboznámil sa s pripojenými listinnými dôkazmi, vypočul odporkyňu, vec preskúmal v neprítomnosti navrhovateľa a dospel k záveru, že opravnému prostriedku navrhovateľa nie je možné vyhovieť. Súd ospravedlnil neprítomnosť navrhovateľa na pojednávaní a pri rozhodovaní vo veci prihliadol na dôvody uvedené v podanom opravnom prostriedku. Odporkyňa na pojednávaní sa plne pridržiavala písomného stanoviska SP zo dňa 22.3.2016, v ktorom je uvedené, že na základe opravného prostriedku bol zdravotný stav navrhovateľa opätovne posúdený posudkovým lekárom na pobočke ako aj posudkovým lekárom ústredia, ktorí zotrvali na 35 % miere poklesu schopnosti vykonávať zárobkovú činnosť, čím teda invalidita nevznikla. Vzhľadom na uvedené, žiadala, aby súd napadnuté rozhodnutie potvrdil ako vecne správne.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bol zdravotný stav navrhovateľa opätovne posúdený posudkovou lekárkou SP-ú so sídlom v Banskej Bystrici v posudku zo dňa 17.03.2016 so záverom, že navrhovateľ nie je invalidný lebo má mieru poklesu schopnosti vykonávať zárobkovú činnosť 35 %. Posudková lekárka ako rozhodujúce zdravotné postihnutie uviedla kapitola VII - choroby dýchacej sústavy, oddiel B - choroby dolných dýchacích ciest, položka 3 - bronchiálna astma, písm. c/ - stredne ťažká perzistujúca forma a ako ďalšie choroby: bronchiálna astma stredne ťažká, chronická rinitída, arteriálna hypertenzia. Posudková lekárka v celkovom posudku uviedla, že má od roku 2014 v popredí prejavy dráždivého kašľa, pri ktorom bolo vyslovené podozrenie na prieduškovú astmu, pri spirometricky dokumentovanej reverzibilite obštrukčnej poruchy. Intenzívnejšia liečba nebola indikovaná, nakoľko klinicky dýchanie bolo opakovane čisté, bez astmatických prejavov a podľa priebežných nálezov aj bez typických astmatických záchvatov. V auguste a septembri 2015 je podľa citovaného alergologického a pneumologického vyšetrenia astma hodnotená ako stredne ťažká perzistujúca, bez klinického nálezu na pľúcach, bez nutnosti antibiotickej liečby pre prípadnú sekundárnu infekciu. Uvedenému stavu vychádzajúc z priebehu a odborných nálezov, zodpovedá miera poklesu schopnosti vykonávať zárobkovú činnosť na dolnej hranici t. j. 35 %. Pridružené ochorenia nie sú takého charakteru, ktoré by ovplyvňovali jeho schopnosť vykonávať bežné pomocné práce v súlade s dosiahnutým vzdelaním.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 Súd porovnal posudky posudkových lekárov s odbornými nálezmi špecialistov a zistil, že tieto navzájom korelujú a zhodne konštatujú, že pracovný potenciál navrhovateľa je znížený adekvátne zdravotnému stavu navrhovateľa, ale nie je natoľko znížený a navrhovateľ nie je tak zdravotne postihnutý, aby splnil podmienku priznania invalidného dôchodku. Súd považuje za potrebné dodať, že navrhovateľ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navrhovateľa, na skutočnosť, že posudky podali orgány na to určené zákonom, súd dospel k záveru, že zistený skutkový stav navrhovateľa nespĺňa požiadavky pre priznanie invalidity a preto napadnuté rozhodnutie odporkyne potvrdil ako vecne správne. Navrhovateľ nepredložil súdu dôkazy, ktoré by spochybnili závery posudkových lekárov a správnosť napadnutého rozhodnutia. Súd pre komplexné posúdenie veci považuje za potrebné uviesť, že rozhodujúci je zdravotný stav navrhovateľa v čase vydania napadnutého rozhodnutia. Súd náhradu trov konania posúdil podľa § 250l ods. 2 v spojitosti s § 250k ods. 1 OSP, navrhovateľ v konaní nemal úspech a preto mu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https://www.kauzis.sk/judikatura/r/ECLI:SK:KSBB:2016:6016200315.1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