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24S/53/2016 z 21. 6. 2016</w:t>
      </w:r>
    </w:p>
    <w:p>
      <w:r>
        <w:t>Uznesenie Krajského súdu Banská Bystrica z 21. júna 2016, sp. zn. 24S/53/2016, ECLI:SK:KSBB:2016:6016200423.2</w:t>
      </w:r>
    </w:p>
    <w:p>
      <w:r>
        <w:t>Súd: Krajský súd Banská Bystrica</w:t>
      </w:r>
    </w:p>
    <w:p>
      <w:r>
        <w:t>Spisová značka: 24S/53/2016</w:t>
      </w:r>
    </w:p>
    <w:p>
      <w:r>
        <w:t>ECLI: ECLI:SK:KSBB:2016:6016200423.2</w:t>
      </w:r>
    </w:p>
    <w:p>
      <w:r>
        <w:t>Dátum vydania: 21. 6. 2016</w:t>
      </w:r>
    </w:p>
    <w:p>
      <w:r>
        <w:t>Forma: Uznesenie</w:t>
      </w:r>
    </w:p>
    <w:p>
      <w:r>
        <w:t>Oblasť práva: Správne právo</w:t>
      </w:r>
    </w:p>
    <w:p>
      <w:pPr>
        <w:pStyle w:val="Heading2"/>
      </w:pPr>
      <w:r>
        <w:t>Text rozhodnutia</w:t>
      </w:r>
    </w:p>
    <w:p>
      <w:r>
        <w:t>Súd: Krajský súd Banská Bystrica Spisová značka: 24S/53/2016 Identifikačné číslo súdneho spisu: 6016200423 Dátum vydania rozhodnutia: 22. 06. 2016 Meno a priezvisko sudcu, VSÚ: JUDr. Alena Antalová ECLI: ECLI:SK:KSBB:2016:6016200423.2 Uznesenie Krajský súd v Banskej Bystrici v právnej veci žalobcu: AGROSEV, spol. s r. o., so sídlom Bottova 1, 964 12 Detva, IČO: 36 033 499, proti žalovanému: Finančné riaditeľstvo Slovenskej republiky, so sídlom Lazovná 63, 974 01 Banská Bystrica, o preskúmanie zákonnosti rozhodnutia a postupu žalovaného č.125894/2016 zo dňa 8. februára 2016 jednomyseľne, takto r o z h o d o l : Konanie z a s t a v u j e . Žiaden z účastníkov nemá právo na náhradu trov konania. o d ô v o d n e n i e : Dňa 19. apríla 2016 bola Krajskému súdu v Banskej Bystrici doručená žaloba žalobcu na preskúmanie zákonnosti rozhodnutia a postupu žalovaného Finančné riaditeľstvo Slovenskej republiky č.125894/2016 zo dňa 8. februára 2016. Predmetná žaloba neobsahuje zákonom stanovené náležitosti žaloby v zmysle § 79 ods. 1, § 249 ods. 2 O.s.p.. Súd preto uznesením č.k. 24S/53/2016-5 zo dňa 18. mája 2016 vyzval žalobcu na odstránenie vád žaloby v lehote 15 dní od doručenia uvedeného uznesenia, ktoré spočívajú v tom, že žalobca neuviedol dôvody, v čom vidí nezákonnosť napadnutého rozhodnutia a postupu druhostupňového správneho orgánu (žalovaného) a nepredložil plnomocenstvo, ktorým splnomocňuje advokáta na zastupovanie v tomto konaní. Súd v uvedenom uznesení na odstránenie vád žaloby uviedol, že je nevyhnutné, aby žalobca doplnil svoju žalobu o dôvody, v čom vidí nezákonnosť napadnutého konečného napadnutého rozhodnutia a postupu správneho orgánu. Žalobca pritom musí zdôvodniť, že rozhodnutím alebo postupom, ktorý sa napáda, bol ukrátený na svojich právach, pričom musí tvrdiť, že správny orgán pri vydaní napadnutého rozhodnutia porušil zákon a to tak, že odkáže na konkrétne ustanovenie právnych predpisov. Súd taktiež poukázal na skutočnosť, že žalobca v konaní nie je zastúpený advokátom, nemá sám právnické vzdelanie a neplatí preňho výnimka zo zastupovania podľa § 250a O.s.p.. Pre pokračovanie v konaní bolo potrebné, aby žalobca odstránil nedostatok podania tak, že predloží plnomocenstvo, ktorým splnomocňuje advokáta na zastupovanie v tomto konaní. Žalobca bol zároveň v uvedenom uznesení poučený o následkoch neodstránenia uvedených vád žaloby v stanovenej lehote. Žalobca na základe uznesenia tunajšieho súdu č.k. 24S/53/2016-5 zo dňa 18. mája 2016 vady žaloby neodstránil. Uvedené uznesenie bolo žalobcovi doručené dňa 26. mája 2016. Lehota 15 dní na odstránenie vád žaloby uložená v uvedenom uznesení uplynula žalobcovi dňa 10. júna 2016. Uznesenie sa stalo právoplatným dňa 11. júna 2016. Podľa § 247 ods. 1 Občianskeho súdneho poriadku (ďalej len „O.s.p.“) Podľa ustanovení tejto hlavy sa postupuje v prípadoch, v ktorých fyzická alebo právnická osoba tvrdí, že bola na svojich právach ukrátená rozhodnutím a postupom správneho orgánu, a žiada, aby súd preskúmal zákonnosť tohto rozhodnutia a postupu.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žalobca vady žaloby na základe uznesenia č.k. 24S/53/2016-5 zo dňa 18. mája 2016 neodstránil v stanovenej lehote, pričom bol poučený o následkoch neodstránenia vád žaloby, a tieto vady bránia vecnému vybaveniu žaloby, súd s poukazom na ust. § 250d ods. 3 O.s.p. konanie zastavil. O trovách konania súd rozhodol tak, že žiaden z účastníkov nemá právo na náhradu trov konania (§ 146 ods. 1 písm. c/ O.s.p. v spojení s § 246c ods. 1 O.s.p.), pretože konanie bolo zastavené a súd nezistil splnenie podmienok na náhradu trov konania podľa § 250k ods.1 O.s.p.. 3:0 Poučenie: Proti tomuto uzneseniu je prípustné odvolanie, ktoré možno podať v lehote 15 dní od jeho doručenia na súde, proti rozhodnutiu ktorého smeruje. V odvolaní sa má popri všeobecných náležitostiach (§42 ods.3 O. s. p.) uviesť, proti ktorému rozhodnutiu smeruje, v akom rozsahu sa napáda, v čom sa toto rozhodnutie alebo postup súdu považuje za nesprávny a čoho sa odvolateľ domáha.</w:t>
      </w:r>
    </w:p>
    <w:p/>
    <w:p>
      <w:r>
        <w:t>Zdroj: KAUZIS.SK – https://www.kauzis.sk/judikatura/r/ECLI:SK:KSBB:2016:6016200423.2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