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20Sd/127/2016 z 31. 5. 2016</w:t>
      </w:r>
    </w:p>
    <w:p>
      <w:r>
        <w:t>Uznesenie Krajského súdu Banská Bystrica z 31. mája 2016, sp. zn. 20Sd/127/2016, ECLI:SK:KSBB:2016:6016200430.1</w:t>
      </w:r>
    </w:p>
    <w:p>
      <w:r>
        <w:t>Súd: Krajský súd Banská Bystrica</w:t>
      </w:r>
    </w:p>
    <w:p>
      <w:r>
        <w:t>Spisová značka: 20Sd/127/2016</w:t>
      </w:r>
    </w:p>
    <w:p>
      <w:r>
        <w:t>ECLI: ECLI:SK:KSBB:2016:6016200430.1</w:t>
      </w:r>
    </w:p>
    <w:p>
      <w:r>
        <w:t>Dátum vydania: 31.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20Sd/127/2016 Identifikačné číslo súdneho spisu: 6016200430 Dátum vydania rozhodnutia: 01. 06. 2016 Meno a priezvisko sudcu, VSÚ: JUDr. Jarmila Badíková ECLI: ECLI:SK:KSBB:2016:6016200430.1 Uznesenie Krajský súd v Banskej Bystrici v právnej veci navrhovateľa: A. F., U. XX, XXX XX Q. Q., proti odporkyni: Sociálna poisťovňa, ústredie, Ul. 29. augusta č. 8, 813 63 Bratislava, o preskúmanie rozhodnutia odporkyne č. XXX XXX XXXX X zo dňa 28. januára 2016, takto r o z h o d o l : Konanie vo veci rozhodnutia odporkyne č. XXX XXX XXXX X zo dňa 28. januára 2016 z a s t a v u j e. Žiaden z účastníkov nemá právo na náhradu trov konania. o d ô v o d n e n i e : Odporkyňa rozhodnutím č. XXX XXX XXXX X zo dňa 28. januára 2016 rozhodla o odňatí invalidného dôchodku navrhovateľa od 8. marca 2016. Navrhovateľ podal proti uvedenému rozhodnutiu odporkyne opravný prostriedok, ktorým poukázal na svoj zlý zdravotný stav. Odporkyňa v rámci autoremedúry rozhodnutím č. XXX XXX XXXX X zo dňa 5. mája 2016 zrušila rozhodnutie č. XXX XXX XXXX X zo dňa 28. januára 2016 o odňatí invalidného dôchodku a súčasne vyhovela v celom rozsahu opravnému prostriedku navrhovateľa.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navrhovateľom, súd v súlade s citovanými ustanoveniami OSP konanie zastavil. O náhrade trov konania súd rozhodol podľa § 250k ods.1 v spojitosti s § 250l ods.2 OSP. Navrhovateľ bol v konaní úspešný, ale náhradu trov konania si neuplatnil, a preto mu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https://www.kauzis.sk/judikatura/r/ECLI:SK:KSBB:2016:6016200430.1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