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Rozhodnutie Krajského súdu Banská Bystrica sp. zn. 26Sp/13/2016 z 20. 7. 2016</w:t>
      </w:r>
    </w:p>
    <w:p>
      <w:r>
        <w:t>Rozhodnutie Krajského súdu Banská Bystrica z 20. júla 2016, sp. zn. 26Sp/13/2016, ECLI:SK:KSBB:2016:6016200563.1</w:t>
      </w:r>
    </w:p>
    <w:p>
      <w:r>
        <w:t>Súd: Krajský súd Banská Bystrica</w:t>
      </w:r>
    </w:p>
    <w:p>
      <w:r>
        <w:t>Spisová značka: 26Sp/13/2016</w:t>
      </w:r>
    </w:p>
    <w:p>
      <w:r>
        <w:t>ECLI: ECLI:SK:KSBB:2016:6016200563.1</w:t>
      </w:r>
    </w:p>
    <w:p>
      <w:r>
        <w:t>Dátum vydania: 20. 7. 2016</w:t>
      </w:r>
    </w:p>
    <w:p>
      <w:r>
        <w:t>Forma: Rozhodnutie</w:t>
      </w:r>
    </w:p>
    <w:p>
      <w:r>
        <w:t>Oblasť práva: Správne právo</w:t>
      </w:r>
    </w:p>
    <w:p>
      <w:pPr>
        <w:pStyle w:val="Heading2"/>
      </w:pPr>
      <w:r>
        <w:t>Text rozhodnutia</w:t>
      </w:r>
    </w:p>
    <w:p>
      <w:r>
        <w:t>Súd: Krajský súd Banská Bystrica Spisová značka: 26Sp/13/2016 Identifikačné číslo súdneho spisu: 6016200563 Dátum vydania rozhodnutia: 21. 07. 2016 Meno a priezvisko sudcu, VSÚ: JUDr. Peter Kvietok ECLI: ECLI:SK:KSBB:2016:6016200563.1 Rozhodnutie Krajský súd v Banskej Bystrici v právnej veci navrhovateľa Y. Z., narodeného XX.XX.XXXX, bytom L. XX, XXX XX B., proti odporcovi Centrum právnej pomoci, kancelária Nitra, Štefánikova trieda 88, 949 03 Nitra, o preskúmanie zákonnosti rozhodnutia odporcu č. 7002/2016-KaNR (10571/2014-KaNR), R.z.: 23292/16, zo dňa 12.04.2016, takto r o z h o d o l : I. Súd konanie zastavuje. II. Odporcovi náhradu trov konania nepriznáva. o d ô v o d n e n i e : Odporca rozhodnutím č. 7002/2016-KaNR (10571/2014-KaNR), zo dňa 12.04.2016 odňal navrhovateľovi nárok na poskytovanie právnej pomoci podľa § 14 ods. 1 písm. e) zák. č. 327/2005 Z. z. o poskytovaní právnej pomoci osobám v materiálnej núdzi. Proti rozhodnutiu odporcu podal v zákonnej lehote odvolanie navrhovateľ. Z obsahu podaného odvolania vyplynulo, že navrhuje napadnuté rozhodnutie v celom rozsahu zrušiť. Písomným podaním zo dňa 18.07.2016, ktoré bolo súdu doručené dňa 19.07.2016, navrhovateľ súdu oznámil, že sa vzdáva nároku na právnu pomoc Centra právnej pomoci vzhľadom na nové skutočnosti a vyjadril súhlas s odňatím poskytovania právnej pomoci. Toto podanie navrhovateľa súd vyhodnotil ako späťvzatie odvolania. Podľa § 492 ods. 1 SSP, konania podľa tretej hlavy piatej časti Občianskeho súdneho poriadku začaté predo dňom nadobudnutia účinnosti tohto zákona, sa dokončia podľa doterajších predpisov. Podľa § 250l ods. 1 O.s.p., podľa ustanovení tejto hlavy sa postupuje v prípadoch, v ktorých zákon zveruje súdom rozhodovanie o opravných prostriedkoch proti neprávoplatným rozhodnutiam správnych orgánov. Podľa § 250l ods. 2 O.s.p., pokiaľ v tejto hlave nie je ustanovené inak, použije sa primerane ustanovenie druhej hlavy s výnimkou § 250a. Podľa § 250d ods. 3 O.s.p., súd uznesením konanie zastaví, ak sa žaloba podala oneskorene, ak ju podala neoprávnená osoba, ak smeruje proti rozhodnutiu, ktoré nemôže byť predmetom preskúmavania súdom, ak žalobca neodstránil vady žaloby, ktorých odstránenie súd nariadil a ktoré bránia vecnému vybaveniu žaloby, alebo ak žalobca nie je zastúpený podľa § 250a alebo ak žaloba bola vzatá späť ( § 250h ods. 2). Odvolanie proti uzneseniu je prípustné. Podľa § 250h ods. 2 O.s.p., až do rozhodnutia súdu môže žalobca vziať žalobu späť; ak žalovanému medzitým vznikli trovy konania, rozhodne súd o ich náhrade. Podľa § 246c ods. 1 O.s.p., pre riešenie otázok, ktoré nie sú priamo upravené v tejto časti, sa použijú primerane ustanovenia prvej, tretej a štvrtej časti tohto zákona. Opravný prostriedok je prípustný, len ak je to ustanovené v tejto časti. Proti rozhodnutiu Najvyššieho súdu Slovenskej republiky opravný prostriedok nie je prípustný. Podľa § 146 ods. 1 písm. c) O.s.p., žiaden z účastníkov nemá právo na náhradu trov konania podľa jeho výsledku, ak konanie bolo zastavené. Vzhľadom na dispozitívny návrh navrhovateľa - späťvzatie opravného prostriedku (odvolania) súd zastavil konanie podľa § 250d O.s.p. v spojení s § 250l ods. 2 O.s.p. a § 250h ods. 2 O.s.p. O trovách konania súd rozhodol podľa § 146 ods. 1 písm. c) O.s.p. v spojení s § 246c) ods. 1 O.s.p. tak že žiaden z účastníkov nemá právo na ich náhradu, pretože konanie bolo zastavené a súd nezistil splnenie podmienok na náhradu trov konania podľa § 250h ods. 2 O.s.p. Odporca si náhradu trov konania neuplatnil. Poučenie: Proti tomuto uzneseniu možno podať odvolanie v lehote 15 dní od jeho doručenia. Odvolanie sa podáva písomne v troch vyhotoveniach cestou krajského súdu na Najvyšší súd SR. Odvolanie je možné podať len z dôvodov uvedených v § 205 ods. 2 O.s.p. V odvolaní sa má popri všeobecných náležitostiach (§ 42 ods. 3 O.s.p.) uviesť, proti ktorému rozhodnutiu smeruje, v akom rozsahu sa napáda, v čom sa toto rozhodnutie alebo postup súdu považuje za nesprávny a čoho sa odvolateľ domáha.</w:t>
      </w:r>
    </w:p>
    <w:p/>
    <w:p>
      <w:r>
        <w:t>Zdroj: KAUZIS.SK – https://www.kauzis.sk/judikatura/r/ECLI:SK:KSBB:2016:6016200563.1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