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26Sd/166/2016 z 28. 9. 2016</w:t>
      </w:r>
    </w:p>
    <w:p>
      <w:r>
        <w:t>Uznesenie Krajského súdu Banská Bystrica z 28. septembra 2016, sp. zn. 26Sd/166/2016, ECLI:SK:KSBB:2016:6016200565.1</w:t>
      </w:r>
    </w:p>
    <w:p>
      <w:r>
        <w:t>Súd: Krajský súd Banská Bystrica</w:t>
      </w:r>
    </w:p>
    <w:p>
      <w:r>
        <w:t>Spisová značka: 26Sd/166/2016</w:t>
      </w:r>
    </w:p>
    <w:p>
      <w:r>
        <w:t>ECLI: ECLI:SK:KSBB:2016:6016200565.1</w:t>
      </w:r>
    </w:p>
    <w:p>
      <w:r>
        <w:t>Dátum vydania: 28.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26Sd/166/2016 Identifikačné číslo súdneho spisu: 6016200565 Dátum vydania rozhodnutia: 29. 09. 2016 Meno a priezvisko sudcu, VSÚ: Mgr. Ivana Datlová ECLI: ECLI:SK:KSBB:2016:6016200565.1 Uznesenie Krajský súd v Banskej Bystrici v právnej veci navrhovateľa H. K., nar. XX.E. XXXX, bytom J., M. ul. č.XXX, proti odporkyni Sociálnej poisťovni - ústrediu so sídlom v Bratislave ul. 29. augusta č. 8, o preskúmanie zákonnosti postupu a rozhodnutia odporkyne č. XXX XXX XXXX X zo 14.apríla 2016 o zvýšení sumy invalidného dôchodku takto r o z h o d o l : Konanie zastavuje. Navrhovateľovi náhradu trov konania nepriznáva. o d ô v o d n e n i e : Napadnutým rozhodnutím odporkyňa zvýšila sumu invalidného dôchodku navrhovateľa od 13.novembra 2015 na 288,- € mesačne a po valorizácii od 1.januára 2016 na 289,- € mesačne v súvislosti so zmenou miery poklesu jeho pracovnej schopnosti, ktorá bola konštatovaná dňom 13.novembra 2015 z pôvodných 55 % na aktuálnych 70 %. V odôvodnení rozhodnutia bol konkretizovaný spôsob výpočtu zvýšenej dôchodkovej dávky. Navrhovateľ sa voči rozhodnutiu odporkyne odvolal, namietal spôsob posudzovania jeho zdravotných ťažkostí i ich vyhodnotenie a priznaný 70 % pokles jeho pracovnej schopnosti. Po podaní odvolania posudzoval zdravotný stav navrhovateľa v rámci odvolacieho správneho konania opätovne posudkový lekár ústredia Sociálnej poisťovne pracovisko v Banskej Bystrici, ktorý v posudku zo 14.júla 2016 konštatoval zmenu miery poklesu pracovnej schopnosti navrhovateľa dňom 13.novembra 2015 na 75 %. V nadväznosti na uvedené odporkyňa svojim rozhodnutím z 26.júla 2016 v rámci autoremedúry zrušila skôr vydané rozhodnutie, napadnuté opravným prostriedkom navrhovateľa a rozhodnutím č. 620 616 6549 0 z 28.júla 2016 zvýšila sumu jeho invalidného dôchodku od 13. novembra 2015 na 412,60 € a po valorizácii od 1.januára 2016 na 414,30 € mesačne. S posledne citovaným rozhodnutím sa navrhovateľ stotožnil, preto postupoval krajský súd podľa § 250o O.s.p. v súlade s ust. § 492 ods. 1 zákona č. 162/2015 Z.z. - správny súdny poriadok a konanie vo veci zastavil O náhrade trov konania rozhodol primerane § 250k ods.1 O.s.p. v spojení s ust. § 250l ods. 2 O.s.p. a navrhovateľovi náhradu trov konania, napriek jeho úspechu v konaní nepriznal, pretože si žiadne trovy neuplatnil. Poučenie: Proti tomuto rozhodnutiu odvolanie nie je prípustné v časti, v ktorej bolo konanie zastavené. Voči výroku o náhrade trov konania možno podať odvolanie do 15 dní od jeho doručenia. Odvolanie sa podáva písomne, v dvoch vyhotoveniach prostredníctvom krajského súdu na Najvyšší súd SR. V odvolaní je potrebné popri všeobecných náležitostiach / § 42 ods. 3 O. s. p. / uviesť, proti ktorému rozhodnutiu smeruje, v akom rozsahu sa napáda, v čom sa toto rozhodnutie alebo postup súdu považuje za nesprávny a čoho sa odvolateľ domáha</w:t>
      </w:r>
    </w:p>
    <w:p/>
    <w:p>
      <w:r>
        <w:t>Zdroj: KAUZIS.SK – https://www.kauzis.sk/judikatura/r/ECLI:SK:KSBB:2016:6016200565.1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