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20Sd/175/2016 z 10. 8. 2016</w:t>
      </w:r>
    </w:p>
    <w:p>
      <w:r>
        <w:t>Uznesenie Krajského súdu Banská Bystrica z 10. augusta 2016, sp. zn. 20Sd/175/2016, ECLI:SK:KSBB:2016:6016200599.1</w:t>
      </w:r>
    </w:p>
    <w:p>
      <w:r>
        <w:t>Súd: Krajský súd Banská Bystrica</w:t>
      </w:r>
    </w:p>
    <w:p>
      <w:r>
        <w:t>Spisová značka: 20Sd/175/2016</w:t>
      </w:r>
    </w:p>
    <w:p>
      <w:r>
        <w:t>ECLI: ECLI:SK:KSBB:2016:6016200599.1</w:t>
      </w:r>
    </w:p>
    <w:p>
      <w:r>
        <w:t>Dátum vydania: 10. 8.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Banská Bystrica Spisová značka: 20Sd/175/2016 Identifikačné číslo súdneho spisu: 6016200599 Dátum vydania rozhodnutia: 11. 08. 2016 Meno a priezvisko sudcu, VSÚ: JUDr. Jarmila Badíková ECLI: ECLI:SK:KSBB:2016:6016200599.1 Uznesenie Krajský súd v Banskej Bystrici, v právnej veci navrhovateľky E. C., nar. X. M. XXXX, trvale bytom R. XX, XXX XX F. T., proti odporkyni Sociálna poisťovňa, ústredie, Ul. 29. augusta 8, 813 63 Bratislava, o preskúmanie rozhodnutia o predčasnom starobnom dôchodku č. XXX XXX XXXX X zo dňa 8. apríla 2016, takto r o z h o d o l : Konanie vo veci rozhodnutia odporkyne č. XXX XXX XXXX X zo dňa 8. apríla 2016 zastavuje. Navrhovateľke náhradu trov konania nepriznáva. o d ô v o d n e n i e : Odporkyňa rozhodnutím č. XXX XXX XXXX X zo dňa 8. apríla 2016 priznala navrhovateľke predčasný starobný dôchodok v sume 266,70 EUR mesačne. Proti uvedenému rozhodnutiu odporkyne podala navrhovateľka v zákonnej lehote opravný prostriedok, v ktorom poukázala na nesprávnu výšku osobného vymeriavacieho základu za rok 2003. Odporkyňa v rámci autoremedúry rozhodnutím č. XXX XXX XXXX X zo dňa 20. júna 2016 zvýšila navrhovateľke od 2. marca 2016 predčasný starobný dôchodok. Uvedeným rozhodnutím zmenila rozhodnutie č. XXX XXX XXXX X zo dňa 8. apríla 2016 po správnom zhodnotení vymeriavacieho základu v roku 2003, čím vyhovela podanému opravnému prostriedku. Podľa § 250l ods. 2 Občianskeho súdneho poriadku (ďalej len „OSP“) pokiaľ v III. hlave OSP nie je ustanovené inak, použijú sa primerane II. hlavy s výnimkou § 250a. Podľa § 250o OSP ak správny orgán, ktorého rozhodnutie súd preskúmava, vydá nové rozhodnutie, ktorým návrhu celkom vyhovie, súd uznesením konanie zastaví. Vzhľadom na to, že odporkyňa v danom prípade novým rozhodnutím vyhovela opravnému prostriedku podanému navrhovateľkou, súd v súlade s citovanými ustanoveniami OSP konanie zastavil. O náhrade trov konania súd rozhodol podľa § 250k ods.1 v spojitosti s § 250l ods. 2 OSP. Navrhovateľka bola v konaní úspešná, ale náhradu trov konania si neuplatnila, a preto jej súd ich náhradu nepriznal. Poučenie: Proti tomuto uzneseniu je prípustné odvolanie do 15 dní od jeho doručenia písomne v dvoch vyhotoveniach na NS SR prostredníctvom konajúceho súdu. Odvolanie je možné podať len z dôvodov uvedených v ust.§ 205 ods.2 OSP. V odvolaní sa má popri všeobecných náležitostiach / § 42 ods.3 /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https://www.kauzis.sk/judikatura/r/ECLI:SK:KSBB:2016:6016200599.1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